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THIS GRACE BIBLE CHURCHES</w:t>
      </w:r>
    </w:p>
    <w:p>
      <w:pPr>
        <w:pStyle w:val="Heading1"/>
        <w:jc w:val="center"/>
      </w:pPr>
      <w:r>
        <w:t>PRAECEPTORIUS</w:t>
      </w:r>
    </w:p>
    <w:p>
      <w:pPr>
        <w:jc w:val="center"/>
      </w:pPr>
      <w:r>
        <w:t>The Elders' Circle / Circle of Elders</w:t>
      </w:r>
    </w:p>
    <w:p>
      <w:pPr>
        <w:pStyle w:val="Heading1"/>
        <w:jc w:val="center"/>
      </w:pPr>
      <w:r>
        <w:t>Forms and Certificates</w:t>
      </w:r>
    </w:p>
    <w:p>
      <w:pPr>
        <w:jc w:val="center"/>
      </w:pPr>
      <w:r>
        <w:t>Thirty seven coordinated blank forms for authorized administration and permanent records.</w:t>
      </w:r>
    </w:p>
    <w:p/>
    <w:p>
      <w:pPr>
        <w:jc w:val="center"/>
      </w:pPr>
      <w:r>
        <w:t>A Pauline Dispensational Assembly</w:t>
      </w:r>
    </w:p>
    <w:p>
      <w:pPr>
        <w:jc w:val="center"/>
      </w:pPr>
      <w:r>
        <w:t>Private voluntary unincorporated religious assembly</w:t>
      </w:r>
    </w:p>
    <w:p>
      <w:pPr>
        <w:jc w:val="center"/>
      </w:pPr>
      <w:r>
        <w:t>King James Bible as final written authority</w:t>
      </w:r>
    </w:p>
    <w:p>
      <w:pPr>
        <w:jc w:val="center"/>
      </w:pPr>
      <w:r>
        <w:t>Gospel of Christ  |  1 Corinthians 15:1-4 KJB</w:t>
      </w:r>
    </w:p>
    <w:p>
      <w:pPr>
        <w:jc w:val="center"/>
      </w:pPr>
      <w:r>
        <w:t>Bishop Wesley Ray</w:t>
      </w:r>
    </w:p>
    <w:p>
      <w:pPr>
        <w:jc w:val="center"/>
      </w:pPr>
      <w:r>
        <w:t>Founding Bishop and Sole Initial Member of PRAECEPTORIUS</w:t>
      </w:r>
    </w:p>
    <w:p>
      <w:pPr>
        <w:jc w:val="center"/>
      </w:pPr>
      <w:r>
        <w:t>2100 W M. L. King Jr. Blvd, Ste# 4342</w:t>
        <w:br/>
        <w:t>Tyler TX 75712</w:t>
        <w:br/>
        <w:t>(903) 827-6211</w:t>
        <w:br/>
        <w:t>circleoftheelderstgbc@gmail.com</w:t>
      </w:r>
    </w:p>
    <w:p>
      <w:pPr>
        <w:jc w:val="center"/>
      </w:pPr>
      <w:r>
        <w:t>Edition 2026 10 03 R2</w:t>
      </w:r>
    </w:p>
    <w:p>
      <w:pPr>
        <w:jc w:val="center"/>
      </w:pPr>
      <w:r>
        <w:t>Effective upon actual authorized adoption or execution</w:t>
      </w:r>
    </w:p>
    <w:p>
      <w:r>
        <w:br w:type="page"/>
      </w:r>
    </w:p>
    <w:p>
      <w:pPr>
        <w:pStyle w:val="Heading1"/>
      </w:pPr>
      <w:r>
        <w:t>Use of forms</w:t>
      </w:r>
    </w:p>
    <w:p>
      <w:r>
        <w:t>Complete only after the required authority acts. Keep signed originals and supporting records. A witness or recordkeeper is not automatically a Circle member. Banking and donation forms are conditional; their presence does not initiate those activities. Use the separate formal certificates for presentation.</w:t>
      </w:r>
    </w:p>
    <w:p>
      <w:pPr>
        <w:spacing w:after="40" w:line="240" w:lineRule="auto"/>
      </w:pPr>
      <w:r>
        <w:rPr>
          <w:sz w:val="20"/>
        </w:rPr>
        <w:t>01  Document Adoption and Amendment Record</w:t>
      </w:r>
    </w:p>
    <w:p>
      <w:pPr>
        <w:spacing w:after="40" w:line="240" w:lineRule="auto"/>
      </w:pPr>
      <w:r>
        <w:rPr>
          <w:sz w:val="20"/>
        </w:rPr>
        <w:t>02  PRAECEPTORIUS Naming and Identity Resolution</w:t>
      </w:r>
    </w:p>
    <w:p>
      <w:pPr>
        <w:spacing w:after="40" w:line="240" w:lineRule="auto"/>
      </w:pPr>
      <w:r>
        <w:rPr>
          <w:sz w:val="20"/>
        </w:rPr>
        <w:t>03  Founding Bishop Declaration and Acceptance</w:t>
      </w:r>
    </w:p>
    <w:p>
      <w:pPr>
        <w:spacing w:after="40" w:line="240" w:lineRule="auto"/>
      </w:pPr>
      <w:r>
        <w:rPr>
          <w:sz w:val="20"/>
        </w:rPr>
        <w:t>04  Local Assembly Membership Application</w:t>
      </w:r>
    </w:p>
    <w:p>
      <w:pPr>
        <w:spacing w:after="40" w:line="240" w:lineRule="auto"/>
      </w:pPr>
      <w:r>
        <w:rPr>
          <w:sz w:val="20"/>
        </w:rPr>
        <w:t>05  Membership Reception Transfer and Withdrawal Record</w:t>
      </w:r>
    </w:p>
    <w:p>
      <w:pPr>
        <w:spacing w:after="40" w:line="240" w:lineRule="auto"/>
      </w:pPr>
      <w:r>
        <w:rPr>
          <w:sz w:val="20"/>
        </w:rPr>
        <w:t>06  Doctrinal Affirmation</w:t>
      </w:r>
    </w:p>
    <w:p>
      <w:pPr>
        <w:spacing w:after="40" w:line="240" w:lineRule="auto"/>
      </w:pPr>
      <w:r>
        <w:rPr>
          <w:sz w:val="20"/>
        </w:rPr>
        <w:t>07  PRAECEPTORIUS Admission Record</w:t>
      </w:r>
    </w:p>
    <w:p>
      <w:pPr>
        <w:spacing w:after="40" w:line="240" w:lineRule="auto"/>
      </w:pPr>
      <w:r>
        <w:rPr>
          <w:sz w:val="20"/>
        </w:rPr>
        <w:t>08  Circle and Leadership Roster Entry</w:t>
      </w:r>
    </w:p>
    <w:p>
      <w:pPr>
        <w:spacing w:after="40" w:line="240" w:lineRule="auto"/>
      </w:pPr>
      <w:r>
        <w:rPr>
          <w:sz w:val="20"/>
        </w:rPr>
        <w:t>09  Ministerial Recognition Application</w:t>
      </w:r>
    </w:p>
    <w:p>
      <w:pPr>
        <w:spacing w:after="40" w:line="240" w:lineRule="auto"/>
      </w:pPr>
      <w:r>
        <w:rPr>
          <w:sz w:val="20"/>
        </w:rPr>
        <w:t>10  Bishop Elder and Deacon Examination Record</w:t>
      </w:r>
    </w:p>
    <w:p>
      <w:pPr>
        <w:spacing w:after="40" w:line="240" w:lineRule="auto"/>
      </w:pPr>
      <w:r>
        <w:rPr>
          <w:sz w:val="20"/>
        </w:rPr>
        <w:t>11  Credential Decision and Ordination Record</w:t>
      </w:r>
    </w:p>
    <w:p>
      <w:pPr>
        <w:spacing w:after="40" w:line="240" w:lineRule="auto"/>
      </w:pPr>
      <w:r>
        <w:rPr>
          <w:sz w:val="20"/>
        </w:rPr>
        <w:t>12  Ordination Certificate Record</w:t>
      </w:r>
    </w:p>
    <w:p>
      <w:pPr>
        <w:spacing w:after="40" w:line="240" w:lineRule="auto"/>
      </w:pPr>
      <w:r>
        <w:rPr>
          <w:sz w:val="20"/>
        </w:rPr>
        <w:t>13  Ministerial Recognition and Good Standing Letter</w:t>
      </w:r>
    </w:p>
    <w:p>
      <w:pPr>
        <w:spacing w:after="40" w:line="240" w:lineRule="auto"/>
      </w:pPr>
      <w:r>
        <w:rPr>
          <w:sz w:val="20"/>
        </w:rPr>
        <w:t>14  Credential Status Change and Restoration Record</w:t>
      </w:r>
    </w:p>
    <w:p>
      <w:pPr>
        <w:spacing w:after="40" w:line="240" w:lineRule="auto"/>
      </w:pPr>
      <w:r>
        <w:rPr>
          <w:sz w:val="20"/>
        </w:rPr>
        <w:t>15  Local Assembly Affiliation Application</w:t>
      </w:r>
    </w:p>
    <w:p>
      <w:pPr>
        <w:spacing w:after="40" w:line="240" w:lineRule="auto"/>
      </w:pPr>
      <w:r>
        <w:rPr>
          <w:sz w:val="20"/>
        </w:rPr>
        <w:t>16  Local Assembly Recognition Certificate Record</w:t>
      </w:r>
    </w:p>
    <w:p>
      <w:pPr>
        <w:spacing w:after="40" w:line="240" w:lineRule="auto"/>
      </w:pPr>
      <w:r>
        <w:rPr>
          <w:sz w:val="20"/>
        </w:rPr>
        <w:t>17  Assembly Leadership Change or Affiliation Closure</w:t>
      </w:r>
    </w:p>
    <w:p>
      <w:pPr>
        <w:spacing w:after="40" w:line="240" w:lineRule="auto"/>
      </w:pPr>
      <w:r>
        <w:rPr>
          <w:sz w:val="20"/>
        </w:rPr>
        <w:t>18  Meeting Notice and Agenda</w:t>
      </w:r>
    </w:p>
    <w:p>
      <w:pPr>
        <w:spacing w:after="40" w:line="240" w:lineRule="auto"/>
      </w:pPr>
      <w:r>
        <w:rPr>
          <w:sz w:val="20"/>
        </w:rPr>
        <w:t>19  Attendance Quorum and Voting Eligibility Record</w:t>
      </w:r>
    </w:p>
    <w:p>
      <w:pPr>
        <w:spacing w:after="40" w:line="240" w:lineRule="auto"/>
      </w:pPr>
      <w:r>
        <w:rPr>
          <w:sz w:val="20"/>
        </w:rPr>
        <w:t>20  Meeting Minutes and Voting Record</w:t>
      </w:r>
    </w:p>
    <w:p>
      <w:pPr>
        <w:spacing w:after="40" w:line="240" w:lineRule="auto"/>
      </w:pPr>
      <w:r>
        <w:rPr>
          <w:sz w:val="20"/>
        </w:rPr>
        <w:t>21  Administrative Delegation and Ministry Assignment</w:t>
      </w:r>
    </w:p>
    <w:p>
      <w:pPr>
        <w:spacing w:after="40" w:line="240" w:lineRule="auto"/>
      </w:pPr>
      <w:r>
        <w:rPr>
          <w:sz w:val="20"/>
        </w:rPr>
        <w:t>22  Succession Selection Certification</w:t>
      </w:r>
    </w:p>
    <w:p>
      <w:pPr>
        <w:spacing w:after="40" w:line="240" w:lineRule="auto"/>
      </w:pPr>
      <w:r>
        <w:rPr>
          <w:sz w:val="20"/>
        </w:rPr>
        <w:t>23  Conditional Banking and Account Authority Resolution</w:t>
      </w:r>
    </w:p>
    <w:p>
      <w:pPr>
        <w:spacing w:after="40" w:line="240" w:lineRule="auto"/>
      </w:pPr>
      <w:r>
        <w:rPr>
          <w:sz w:val="20"/>
        </w:rPr>
        <w:t>24  Contribution Acknowledgment</w:t>
      </w:r>
    </w:p>
    <w:p>
      <w:pPr>
        <w:spacing w:after="40" w:line="240" w:lineRule="auto"/>
      </w:pPr>
      <w:r>
        <w:rPr>
          <w:sz w:val="20"/>
        </w:rPr>
        <w:t>25  Cash Count and Deposit Record</w:t>
      </w:r>
    </w:p>
    <w:p>
      <w:pPr>
        <w:spacing w:after="40" w:line="240" w:lineRule="auto"/>
      </w:pPr>
      <w:r>
        <w:rPr>
          <w:sz w:val="20"/>
        </w:rPr>
        <w:t>26  Payment and Expense Reimbursement Request</w:t>
      </w:r>
    </w:p>
    <w:p>
      <w:pPr>
        <w:spacing w:after="40" w:line="240" w:lineRule="auto"/>
      </w:pPr>
      <w:r>
        <w:rPr>
          <w:sz w:val="20"/>
        </w:rPr>
        <w:t>27  Budget Purchase or Contract Authorization</w:t>
      </w:r>
    </w:p>
    <w:p>
      <w:pPr>
        <w:spacing w:after="40" w:line="240" w:lineRule="auto"/>
      </w:pPr>
      <w:r>
        <w:rPr>
          <w:sz w:val="20"/>
        </w:rPr>
        <w:t>28  Conflict Disclosure and Independent Decision</w:t>
      </w:r>
    </w:p>
    <w:p>
      <w:pPr>
        <w:spacing w:after="40" w:line="240" w:lineRule="auto"/>
      </w:pPr>
      <w:r>
        <w:rPr>
          <w:sz w:val="20"/>
        </w:rPr>
        <w:t>29  Benevolence Request and Decision</w:t>
      </w:r>
    </w:p>
    <w:p>
      <w:pPr>
        <w:spacing w:after="40" w:line="240" w:lineRule="auto"/>
      </w:pPr>
      <w:r>
        <w:rPr>
          <w:sz w:val="20"/>
        </w:rPr>
        <w:t>30  Property Inventory and Transfer Record</w:t>
      </w:r>
    </w:p>
    <w:p>
      <w:pPr>
        <w:spacing w:after="40" w:line="240" w:lineRule="auto"/>
      </w:pPr>
      <w:r>
        <w:rPr>
          <w:sz w:val="20"/>
        </w:rPr>
        <w:t>31  Volunteer Application and Role Acceptance</w:t>
      </w:r>
    </w:p>
    <w:p>
      <w:pPr>
        <w:spacing w:after="40" w:line="240" w:lineRule="auto"/>
      </w:pPr>
      <w:r>
        <w:rPr>
          <w:sz w:val="20"/>
        </w:rPr>
        <w:t>32  Activity Consent and Emergency Information</w:t>
      </w:r>
    </w:p>
    <w:p>
      <w:pPr>
        <w:spacing w:after="40" w:line="240" w:lineRule="auto"/>
      </w:pPr>
      <w:r>
        <w:rPr>
          <w:sz w:val="20"/>
        </w:rPr>
        <w:t>33  Optional Media and Testimony Permission</w:t>
      </w:r>
    </w:p>
    <w:p>
      <w:pPr>
        <w:spacing w:after="40" w:line="240" w:lineRule="auto"/>
      </w:pPr>
      <w:r>
        <w:rPr>
          <w:sz w:val="20"/>
        </w:rPr>
        <w:t>34  Prayer Care and Meeting Request</w:t>
      </w:r>
    </w:p>
    <w:p>
      <w:pPr>
        <w:spacing w:after="40" w:line="240" w:lineRule="auto"/>
      </w:pPr>
      <w:r>
        <w:rPr>
          <w:sz w:val="20"/>
        </w:rPr>
        <w:t>35  Incident and Safeguarding Report</w:t>
      </w:r>
    </w:p>
    <w:p>
      <w:pPr>
        <w:spacing w:after="40" w:line="240" w:lineRule="auto"/>
      </w:pPr>
      <w:r>
        <w:rPr>
          <w:sz w:val="20"/>
        </w:rPr>
        <w:t>36  Ecclesiastical Concern and Discipline Review</w:t>
      </w:r>
    </w:p>
    <w:p>
      <w:pPr>
        <w:spacing w:after="40" w:line="240" w:lineRule="auto"/>
      </w:pPr>
      <w:r>
        <w:rPr>
          <w:sz w:val="20"/>
        </w:rPr>
        <w:t>37  Records Access Revision and Destruction Log</w:t>
      </w:r>
    </w:p>
    <w:p>
      <w:r>
        <w:br w:type="page"/>
      </w:r>
    </w:p>
    <w:p>
      <w:pPr>
        <w:pStyle w:val="Heading2"/>
      </w:pPr>
      <w:r>
        <w:t>Form 01</w:t>
      </w:r>
    </w:p>
    <w:p>
      <w:pPr>
        <w:pStyle w:val="Heading1"/>
      </w:pPr>
      <w:r>
        <w:t>Document Adoption and Amendment Record</w:t>
      </w:r>
    </w:p>
    <w:p>
      <w:pPr>
        <w:spacing w:after="160"/>
      </w:pPr>
      <w:r>
        <w:t>Identify the complete text approved and the authority actually used. A template is not an executed decision.</w:t>
      </w:r>
    </w:p>
    <w:p>
      <w:pPr>
        <w:keepNext/>
        <w:spacing w:after="20"/>
      </w:pPr>
      <w:r>
        <w:t>Instrument and edition</w:t>
      </w:r>
    </w:p>
    <w:p>
      <w:pPr>
        <w:spacing w:after="120"/>
      </w:pPr>
      <w:r>
        <w:rPr>
          <w:color w:val="777777"/>
          <w:sz w:val="18"/>
        </w:rPr>
        <w:t>______________________________________________________________________________</w:t>
      </w:r>
    </w:p>
    <w:p>
      <w:pPr>
        <w:keepNext/>
        <w:spacing w:after="20"/>
      </w:pPr>
      <w:r>
        <w:t>Prior controlling instrument and provision</w:t>
      </w:r>
    </w:p>
    <w:p>
      <w:pPr>
        <w:spacing w:after="120"/>
      </w:pPr>
      <w:r>
        <w:rPr>
          <w:color w:val="777777"/>
          <w:sz w:val="18"/>
        </w:rPr>
        <w:t>______________________________________________________________________________</w:t>
      </w:r>
    </w:p>
    <w:p>
      <w:pPr>
        <w:keepNext/>
        <w:spacing w:after="20"/>
      </w:pPr>
      <w:r>
        <w:t>Proposed change or attached text reference</w:t>
      </w:r>
    </w:p>
    <w:p>
      <w:pPr>
        <w:spacing w:after="120"/>
      </w:pPr>
      <w:r>
        <w:rPr>
          <w:color w:val="777777"/>
          <w:sz w:val="18"/>
        </w:rPr>
        <w:t>______________________________________________________________________________</w:t>
      </w:r>
    </w:p>
    <w:p>
      <w:pPr>
        <w:keepNext/>
        <w:spacing w:after="20"/>
      </w:pPr>
      <w:r>
        <w:t>Notice dates and recipients</w:t>
      </w:r>
    </w:p>
    <w:p>
      <w:pPr>
        <w:spacing w:after="120"/>
      </w:pPr>
      <w:r>
        <w:rPr>
          <w:color w:val="777777"/>
          <w:sz w:val="18"/>
        </w:rPr>
        <w:t>______________________________________________________________________________</w:t>
      </w:r>
    </w:p>
    <w:p>
      <w:pPr>
        <w:keepNext/>
        <w:spacing w:after="20"/>
      </w:pPr>
      <w:r>
        <w:t>Eligible persons quorum and actual votes</w:t>
      </w:r>
    </w:p>
    <w:p>
      <w:pPr>
        <w:spacing w:after="120"/>
      </w:pPr>
      <w:r>
        <w:rPr>
          <w:color w:val="777777"/>
          <w:sz w:val="18"/>
        </w:rPr>
        <w:t>______________________________________________________________________________</w:t>
      </w:r>
    </w:p>
    <w:p>
      <w:pPr>
        <w:keepNext/>
        <w:spacing w:after="20"/>
      </w:pPr>
      <w:r>
        <w:t>Required founder concurrence</w:t>
      </w:r>
    </w:p>
    <w:p>
      <w:pPr>
        <w:spacing w:after="120"/>
      </w:pPr>
      <w:r>
        <w:rPr>
          <w:color w:val="777777"/>
          <w:sz w:val="18"/>
        </w:rPr>
        <w:t>______________________________________________________________________________</w:t>
      </w:r>
    </w:p>
    <w:p>
      <w:pPr>
        <w:keepNext/>
        <w:spacing w:after="20"/>
      </w:pPr>
      <w:r>
        <w:t>Adoption and effective dates</w:t>
      </w:r>
    </w:p>
    <w:p>
      <w:pPr>
        <w:spacing w:after="120"/>
      </w:pPr>
      <w:r>
        <w:rPr>
          <w:color w:val="777777"/>
          <w:sz w:val="18"/>
        </w:rPr>
        <w:t>______________________________________________________________________________</w:t>
      </w:r>
    </w:p>
    <w:p>
      <w:pPr>
        <w:keepNext/>
        <w:spacing w:after="20"/>
      </w:pPr>
      <w:r>
        <w:t>Approving signatures and offices</w:t>
      </w:r>
    </w:p>
    <w:p>
      <w:pPr>
        <w:spacing w:after="120"/>
      </w:pPr>
      <w:r>
        <w:rPr>
          <w:color w:val="777777"/>
          <w:sz w:val="18"/>
        </w:rPr>
        <w:t>______________________________________________________________________________</w:t>
      </w:r>
    </w:p>
    <w:p>
      <w:pPr>
        <w:keepNext/>
        <w:spacing w:after="20"/>
      </w:pPr>
      <w:r>
        <w:t>Register entry and custodian</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02</w:t>
      </w:r>
    </w:p>
    <w:p>
      <w:pPr>
        <w:pStyle w:val="Heading1"/>
      </w:pPr>
      <w:r>
        <w:t>PRAECEPTORIUS Naming and Identity Resolution</w:t>
      </w:r>
    </w:p>
    <w:p>
      <w:pPr>
        <w:spacing w:after="160"/>
      </w:pPr>
      <w:r>
        <w:t>The Circle is the internal body of bishops and elders only. This resolution creates no separate legal entity.</w:t>
      </w:r>
    </w:p>
    <w:p>
      <w:pPr>
        <w:spacing w:after="160"/>
      </w:pPr>
      <w:r>
        <w:t>PRAECEPTORIUS membership is restricted to expressly admitted qualified bishops and elders. Deacons are excluded by virtue of their deacon office.</w:t>
      </w:r>
    </w:p>
    <w:p>
      <w:pPr>
        <w:keepNext/>
        <w:spacing w:after="20"/>
      </w:pPr>
      <w:r>
        <w:t>Action date and authority</w:t>
      </w:r>
    </w:p>
    <w:p>
      <w:pPr>
        <w:spacing w:after="120"/>
      </w:pPr>
      <w:r>
        <w:rPr>
          <w:color w:val="777777"/>
          <w:sz w:val="18"/>
        </w:rPr>
        <w:t>______________________________________________________________________________</w:t>
      </w:r>
    </w:p>
    <w:p>
      <w:pPr>
        <w:keepNext/>
        <w:spacing w:after="20"/>
      </w:pPr>
      <w:r>
        <w:t>Association name THIS GRACE BIBLE CHURCHES</w:t>
      </w:r>
    </w:p>
    <w:p>
      <w:pPr>
        <w:spacing w:after="120"/>
      </w:pPr>
      <w:r>
        <w:rPr>
          <w:color w:val="777777"/>
          <w:sz w:val="18"/>
        </w:rPr>
        <w:t>______________________________________________________________________________</w:t>
      </w:r>
    </w:p>
    <w:p>
      <w:pPr>
        <w:keepNext/>
        <w:spacing w:after="20"/>
      </w:pPr>
      <w:r>
        <w:t>Circle names PRAECEPTORIUS The Elders Circle Circle of Elders</w:t>
      </w:r>
    </w:p>
    <w:p>
      <w:pPr>
        <w:spacing w:after="120"/>
      </w:pPr>
      <w:r>
        <w:rPr>
          <w:color w:val="777777"/>
          <w:sz w:val="18"/>
        </w:rPr>
        <w:t>______________________________________________________________________________</w:t>
      </w:r>
    </w:p>
    <w:p>
      <w:pPr>
        <w:keepNext/>
        <w:spacing w:after="20"/>
      </w:pPr>
      <w:r>
        <w:t>Approved identity wording or attachment</w:t>
      </w:r>
    </w:p>
    <w:p>
      <w:pPr>
        <w:spacing w:after="120"/>
      </w:pPr>
      <w:r>
        <w:rPr>
          <w:color w:val="777777"/>
          <w:sz w:val="18"/>
        </w:rPr>
        <w:t>______________________________________________________________________________</w:t>
      </w:r>
    </w:p>
    <w:p>
      <w:pPr>
        <w:keepNext/>
        <w:spacing w:after="20"/>
      </w:pPr>
      <w:r>
        <w:t>Initial sole member Bishop Wesley Ray</w:t>
      </w:r>
    </w:p>
    <w:p>
      <w:pPr>
        <w:spacing w:after="120"/>
      </w:pPr>
      <w:r>
        <w:rPr>
          <w:color w:val="777777"/>
          <w:sz w:val="18"/>
        </w:rPr>
        <w:t>______________________________________________________________________________</w:t>
      </w:r>
    </w:p>
    <w:p>
      <w:pPr>
        <w:keepNext/>
        <w:spacing w:after="20"/>
      </w:pPr>
      <w:r>
        <w:t>Current roster reference if additional members exist</w:t>
      </w:r>
    </w:p>
    <w:p>
      <w:pPr>
        <w:spacing w:after="120"/>
      </w:pPr>
      <w:r>
        <w:rPr>
          <w:color w:val="777777"/>
          <w:sz w:val="18"/>
        </w:rPr>
        <w:t>______________________________________________________________________________</w:t>
      </w:r>
    </w:p>
    <w:p>
      <w:pPr>
        <w:keepNext/>
        <w:spacing w:after="20"/>
      </w:pPr>
      <w:r>
        <w:t>Approving signature and date</w:t>
      </w:r>
    </w:p>
    <w:p>
      <w:pPr>
        <w:spacing w:after="120"/>
      </w:pPr>
      <w:r>
        <w:rPr>
          <w:color w:val="777777"/>
          <w:sz w:val="18"/>
        </w:rPr>
        <w:t>______________________________________________________________________________</w:t>
      </w:r>
    </w:p>
    <w:p>
      <w:pPr>
        <w:keepNext/>
        <w:spacing w:after="20"/>
      </w:pPr>
      <w:r>
        <w:t>Register reference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03</w:t>
      </w:r>
    </w:p>
    <w:p>
      <w:pPr>
        <w:pStyle w:val="Heading1"/>
      </w:pPr>
      <w:r>
        <w:t>Founding Bishop Declaration and Acceptance</w:t>
      </w:r>
    </w:p>
    <w:p>
      <w:pPr>
        <w:spacing w:after="160"/>
      </w:pPr>
      <w:r>
        <w:t>The founder accepts his unique lifetime office and initial sole Circle membership without asserting civil immunity.</w:t>
      </w:r>
    </w:p>
    <w:p>
      <w:pPr>
        <w:spacing w:after="160"/>
      </w:pPr>
      <w:r>
        <w:t>I accept the office of Founding Bishop and initial sole membership in PRAECEPTORIUS. I acknowledge KJB authority, TGBC governing instruments, applicable financial controls, safeguarding duties, and applicable civil law.</w:t>
      </w:r>
    </w:p>
    <w:p>
      <w:pPr>
        <w:keepNext/>
        <w:spacing w:after="20"/>
      </w:pPr>
      <w:r>
        <w:t>Name Bishop Wesley Ray</w:t>
      </w:r>
    </w:p>
    <w:p>
      <w:pPr>
        <w:spacing w:after="120"/>
      </w:pPr>
      <w:r>
        <w:rPr>
          <w:color w:val="777777"/>
          <w:sz w:val="18"/>
        </w:rPr>
        <w:t>______________________________________________________________________________</w:t>
      </w:r>
    </w:p>
    <w:p>
      <w:pPr>
        <w:keepNext/>
        <w:spacing w:after="20"/>
      </w:pPr>
      <w:r>
        <w:t>Historical name reference if needed</w:t>
      </w:r>
    </w:p>
    <w:p>
      <w:pPr>
        <w:spacing w:after="120"/>
      </w:pPr>
      <w:r>
        <w:rPr>
          <w:color w:val="777777"/>
          <w:sz w:val="18"/>
        </w:rPr>
        <w:t>______________________________________________________________________________</w:t>
      </w:r>
    </w:p>
    <w:p>
      <w:pPr>
        <w:keepNext/>
        <w:spacing w:after="20"/>
      </w:pPr>
      <w:r>
        <w:t>Actual adoption authority and date</w:t>
      </w:r>
    </w:p>
    <w:p>
      <w:pPr>
        <w:spacing w:after="120"/>
      </w:pPr>
      <w:r>
        <w:rPr>
          <w:color w:val="777777"/>
          <w:sz w:val="18"/>
        </w:rPr>
        <w:t>______________________________________________________________________________</w:t>
      </w:r>
    </w:p>
    <w:p>
      <w:pPr>
        <w:keepNext/>
        <w:spacing w:after="20"/>
      </w:pPr>
      <w:r>
        <w:t>Initial Circle roster reference</w:t>
      </w:r>
    </w:p>
    <w:p>
      <w:pPr>
        <w:spacing w:after="120"/>
      </w:pPr>
      <w:r>
        <w:rPr>
          <w:color w:val="777777"/>
          <w:sz w:val="18"/>
        </w:rPr>
        <w:t>______________________________________________________________________________</w:t>
      </w:r>
    </w:p>
    <w:p>
      <w:pPr>
        <w:keepNext/>
        <w:spacing w:after="20"/>
      </w:pPr>
      <w:r>
        <w:t>Delegation or continuity record reference</w:t>
      </w:r>
    </w:p>
    <w:p>
      <w:pPr>
        <w:spacing w:after="120"/>
      </w:pPr>
      <w:r>
        <w:rPr>
          <w:color w:val="777777"/>
          <w:sz w:val="18"/>
        </w:rPr>
        <w:t>______________________________________________________________________________</w:t>
      </w:r>
    </w:p>
    <w:p>
      <w:pPr>
        <w:keepNext/>
        <w:spacing w:after="20"/>
      </w:pPr>
      <w:r>
        <w:t>Founder signature and date</w:t>
      </w:r>
    </w:p>
    <w:p>
      <w:pPr>
        <w:spacing w:after="120"/>
      </w:pPr>
      <w:r>
        <w:rPr>
          <w:color w:val="777777"/>
          <w:sz w:val="18"/>
        </w:rPr>
        <w:t>______________________________________________________________________________</w:t>
      </w:r>
    </w:p>
    <w:p>
      <w:pPr>
        <w:keepNext/>
        <w:spacing w:after="20"/>
      </w:pPr>
      <w:r>
        <w:t>Witness name signature and date</w:t>
      </w:r>
    </w:p>
    <w:p>
      <w:pPr>
        <w:spacing w:after="120"/>
      </w:pPr>
      <w:r>
        <w:rPr>
          <w:color w:val="777777"/>
          <w:sz w:val="18"/>
        </w:rPr>
        <w:t>______________________________________________________________________________</w:t>
      </w:r>
    </w:p>
    <w:p>
      <w:pPr>
        <w:keepNext/>
        <w:spacing w:after="20"/>
      </w:pPr>
      <w:r>
        <w:t>Permanent record reference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04</w:t>
      </w:r>
    </w:p>
    <w:p>
      <w:pPr>
        <w:pStyle w:val="Heading1"/>
      </w:pPr>
      <w:r>
        <w:t>Local Assembly Membership Application</w:t>
      </w:r>
    </w:p>
    <w:p>
      <w:pPr>
        <w:spacing w:after="160"/>
      </w:pPr>
      <w:r>
        <w:t>Membership documents voluntary fellowship and does not confer salvation or Circle membership.</w:t>
      </w:r>
    </w:p>
    <w:p>
      <w:pPr>
        <w:spacing w:after="160"/>
      </w:pPr>
      <w:r>
        <w:t>I request local membership voluntarily. I understand that water baptism and financial giving are not membership conditions and that membership does not appoint me to an ecclesiastical office.</w:t>
      </w:r>
    </w:p>
    <w:p>
      <w:pPr>
        <w:keepNext/>
        <w:spacing w:after="20"/>
      </w:pPr>
      <w:r>
        <w:t>Applicant name and contact</w:t>
      </w:r>
    </w:p>
    <w:p>
      <w:pPr>
        <w:spacing w:after="120"/>
      </w:pPr>
      <w:r>
        <w:rPr>
          <w:color w:val="777777"/>
          <w:sz w:val="18"/>
        </w:rPr>
        <w:t>______________________________________________________________________________</w:t>
      </w:r>
    </w:p>
    <w:p>
      <w:pPr>
        <w:keepNext/>
        <w:spacing w:after="20"/>
      </w:pPr>
      <w:r>
        <w:t>Local assembly</w:t>
      </w:r>
    </w:p>
    <w:p>
      <w:pPr>
        <w:spacing w:after="120"/>
      </w:pPr>
      <w:r>
        <w:rPr>
          <w:color w:val="777777"/>
          <w:sz w:val="18"/>
        </w:rPr>
        <w:t>______________________________________________________________________________</w:t>
      </w:r>
    </w:p>
    <w:p>
      <w:pPr>
        <w:keepNext/>
        <w:spacing w:after="20"/>
      </w:pPr>
      <w:r>
        <w:t>Profession of faith in the Gospel of Christ</w:t>
      </w:r>
    </w:p>
    <w:p>
      <w:pPr>
        <w:spacing w:after="120"/>
      </w:pPr>
      <w:r>
        <w:rPr>
          <w:color w:val="777777"/>
          <w:sz w:val="18"/>
        </w:rPr>
        <w:t>______________________________________________________________________________</w:t>
      </w:r>
    </w:p>
    <w:p>
      <w:pPr>
        <w:keepNext/>
        <w:spacing w:after="20"/>
      </w:pPr>
      <w:r>
        <w:t>Statement of Faith reviewed and reservations</w:t>
      </w:r>
    </w:p>
    <w:p>
      <w:pPr>
        <w:spacing w:after="120"/>
      </w:pPr>
      <w:r>
        <w:rPr>
          <w:color w:val="777777"/>
          <w:sz w:val="18"/>
        </w:rPr>
        <w:t>______________________________________________________________________________</w:t>
      </w:r>
    </w:p>
    <w:p>
      <w:pPr>
        <w:keepNext/>
        <w:spacing w:after="20"/>
      </w:pPr>
      <w:r>
        <w:t>Requested service or care needs</w:t>
      </w:r>
    </w:p>
    <w:p>
      <w:pPr>
        <w:spacing w:after="120"/>
      </w:pPr>
      <w:r>
        <w:rPr>
          <w:color w:val="777777"/>
          <w:sz w:val="18"/>
        </w:rPr>
        <w:t>______________________________________________________________________________</w:t>
      </w:r>
    </w:p>
    <w:p>
      <w:pPr>
        <w:keepNext/>
        <w:spacing w:after="20"/>
      </w:pPr>
      <w:r>
        <w:t>Guardian contact if applicable</w:t>
      </w:r>
    </w:p>
    <w:p>
      <w:pPr>
        <w:spacing w:after="120"/>
      </w:pPr>
      <w:r>
        <w:rPr>
          <w:color w:val="777777"/>
          <w:sz w:val="18"/>
        </w:rPr>
        <w:t>______________________________________________________________________________</w:t>
      </w:r>
    </w:p>
    <w:p>
      <w:pPr>
        <w:keepNext/>
        <w:spacing w:after="20"/>
      </w:pPr>
      <w:r>
        <w:t>Applicant signature and date</w:t>
      </w:r>
    </w:p>
    <w:p>
      <w:pPr>
        <w:spacing w:after="120"/>
      </w:pPr>
      <w:r>
        <w:rPr>
          <w:color w:val="777777"/>
          <w:sz w:val="18"/>
        </w:rPr>
        <w:t>______________________________________________________________________________</w:t>
      </w:r>
    </w:p>
    <w:p>
      <w:pPr>
        <w:keepNext/>
        <w:spacing w:after="20"/>
      </w:pPr>
      <w:r>
        <w:t>Receiving bishop or elder and date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05</w:t>
      </w:r>
    </w:p>
    <w:p>
      <w:pPr>
        <w:pStyle w:val="Heading1"/>
      </w:pPr>
      <w:r>
        <w:t>Membership Reception Transfer and Withdrawal Record</w:t>
      </w:r>
    </w:p>
    <w:p>
      <w:pPr>
        <w:spacing w:after="160"/>
      </w:pPr>
      <w:r>
        <w:t>Record actual fellowship changes and share only necessary information.</w:t>
      </w:r>
    </w:p>
    <w:p>
      <w:pPr>
        <w:keepNext/>
        <w:spacing w:after="20"/>
      </w:pPr>
      <w:r>
        <w:t>Member and local assembly</w:t>
      </w:r>
    </w:p>
    <w:p>
      <w:pPr>
        <w:spacing w:after="120"/>
      </w:pPr>
      <w:r>
        <w:rPr>
          <w:color w:val="777777"/>
          <w:sz w:val="18"/>
        </w:rPr>
        <w:t>______________________________________________________________________________</w:t>
      </w:r>
    </w:p>
    <w:p>
      <w:pPr>
        <w:keepNext/>
        <w:spacing w:after="20"/>
      </w:pPr>
      <w:r>
        <w:t>Action reception transfer withdrawal or status change</w:t>
      </w:r>
    </w:p>
    <w:p>
      <w:pPr>
        <w:spacing w:after="120"/>
      </w:pPr>
      <w:r>
        <w:rPr>
          <w:color w:val="777777"/>
          <w:sz w:val="18"/>
        </w:rPr>
        <w:t>______________________________________________________________________________</w:t>
      </w:r>
    </w:p>
    <w:p>
      <w:pPr>
        <w:keepNext/>
        <w:spacing w:after="20"/>
      </w:pPr>
      <w:r>
        <w:t>Request and effective dates</w:t>
      </w:r>
    </w:p>
    <w:p>
      <w:pPr>
        <w:spacing w:after="120"/>
      </w:pPr>
      <w:r>
        <w:rPr>
          <w:color w:val="777777"/>
          <w:sz w:val="18"/>
        </w:rPr>
        <w:t>______________________________________________________________________________</w:t>
      </w:r>
    </w:p>
    <w:p>
      <w:pPr>
        <w:keepNext/>
        <w:spacing w:after="20"/>
      </w:pPr>
      <w:r>
        <w:t>Doctrinal review or supporting record</w:t>
      </w:r>
    </w:p>
    <w:p>
      <w:pPr>
        <w:spacing w:after="120"/>
      </w:pPr>
      <w:r>
        <w:rPr>
          <w:color w:val="777777"/>
          <w:sz w:val="18"/>
        </w:rPr>
        <w:t>______________________________________________________________________________</w:t>
      </w:r>
    </w:p>
    <w:p>
      <w:pPr>
        <w:keepNext/>
        <w:spacing w:after="20"/>
      </w:pPr>
      <w:r>
        <w:t>Receiving assembly if a transfer</w:t>
      </w:r>
    </w:p>
    <w:p>
      <w:pPr>
        <w:spacing w:after="120"/>
      </w:pPr>
      <w:r>
        <w:rPr>
          <w:color w:val="777777"/>
          <w:sz w:val="18"/>
        </w:rPr>
        <w:t>______________________________________________________________________________</w:t>
      </w:r>
    </w:p>
    <w:p>
      <w:pPr>
        <w:keepNext/>
        <w:spacing w:after="20"/>
      </w:pPr>
      <w:r>
        <w:t>Authorized decision and reason</w:t>
      </w:r>
    </w:p>
    <w:p>
      <w:pPr>
        <w:spacing w:after="120"/>
      </w:pPr>
      <w:r>
        <w:rPr>
          <w:color w:val="777777"/>
          <w:sz w:val="18"/>
        </w:rPr>
        <w:t>______________________________________________________________________________</w:t>
      </w:r>
    </w:p>
    <w:p>
      <w:pPr>
        <w:keepNext/>
        <w:spacing w:after="20"/>
      </w:pPr>
      <w:r>
        <w:t>Notice to member</w:t>
      </w:r>
    </w:p>
    <w:p>
      <w:pPr>
        <w:spacing w:after="120"/>
      </w:pPr>
      <w:r>
        <w:rPr>
          <w:color w:val="777777"/>
          <w:sz w:val="18"/>
        </w:rPr>
        <w:t>______________________________________________________________________________</w:t>
      </w:r>
    </w:p>
    <w:p>
      <w:pPr>
        <w:keepNext/>
        <w:spacing w:after="20"/>
      </w:pPr>
      <w:r>
        <w:t>Recorder signature and date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06</w:t>
      </w:r>
    </w:p>
    <w:p>
      <w:pPr>
        <w:pStyle w:val="Heading1"/>
      </w:pPr>
      <w:r>
        <w:t>Doctrinal Affirmation</w:t>
      </w:r>
    </w:p>
    <w:p>
      <w:pPr>
        <w:spacing w:after="160"/>
      </w:pPr>
      <w:r>
        <w:t>Use the adopted Statement of Faith and record any reservation before approval.</w:t>
      </w:r>
    </w:p>
    <w:p>
      <w:pPr>
        <w:spacing w:after="160"/>
      </w:pPr>
      <w:r>
        <w:t>I affirm the adopted TGBC doctrine subject to the reservations expressly identified above. This affirmation alone grants no office or membership in PRAECEPTORIUS.</w:t>
      </w:r>
    </w:p>
    <w:p>
      <w:pPr>
        <w:keepNext/>
        <w:spacing w:after="20"/>
      </w:pPr>
      <w:r>
        <w:t>Name and requested responsibility</w:t>
      </w:r>
    </w:p>
    <w:p>
      <w:pPr>
        <w:spacing w:after="120"/>
      </w:pPr>
      <w:r>
        <w:rPr>
          <w:color w:val="777777"/>
          <w:sz w:val="18"/>
        </w:rPr>
        <w:t>______________________________________________________________________________</w:t>
      </w:r>
    </w:p>
    <w:p>
      <w:pPr>
        <w:keepNext/>
        <w:spacing w:after="20"/>
      </w:pPr>
      <w:r>
        <w:t>Gospel of Christ and grace through faith affirmation</w:t>
      </w:r>
    </w:p>
    <w:p>
      <w:pPr>
        <w:spacing w:after="120"/>
      </w:pPr>
      <w:r>
        <w:rPr>
          <w:color w:val="777777"/>
          <w:sz w:val="18"/>
        </w:rPr>
        <w:t>______________________________________________________________________________</w:t>
      </w:r>
    </w:p>
    <w:p>
      <w:pPr>
        <w:keepNext/>
        <w:spacing w:after="20"/>
      </w:pPr>
      <w:r>
        <w:t>KJB authority and right division affirmation</w:t>
      </w:r>
    </w:p>
    <w:p>
      <w:pPr>
        <w:spacing w:after="120"/>
      </w:pPr>
      <w:r>
        <w:rPr>
          <w:color w:val="777777"/>
          <w:sz w:val="18"/>
        </w:rPr>
        <w:t>______________________________________________________________________________</w:t>
      </w:r>
    </w:p>
    <w:p>
      <w:pPr>
        <w:keepNext/>
        <w:spacing w:after="20"/>
      </w:pPr>
      <w:r>
        <w:t>Pauline Mystery and Body of Christ affirmation</w:t>
      </w:r>
    </w:p>
    <w:p>
      <w:pPr>
        <w:spacing w:after="120"/>
      </w:pPr>
      <w:r>
        <w:rPr>
          <w:color w:val="777777"/>
          <w:sz w:val="18"/>
        </w:rPr>
        <w:t>______________________________________________________________________________</w:t>
      </w:r>
    </w:p>
    <w:p>
      <w:pPr>
        <w:keepNext/>
        <w:spacing w:after="20"/>
      </w:pPr>
      <w:r>
        <w:t>TGBC ordinances offices and governing order affirmation</w:t>
      </w:r>
    </w:p>
    <w:p>
      <w:pPr>
        <w:spacing w:after="120"/>
      </w:pPr>
      <w:r>
        <w:rPr>
          <w:color w:val="777777"/>
          <w:sz w:val="18"/>
        </w:rPr>
        <w:t>______________________________________________________________________________</w:t>
      </w:r>
    </w:p>
    <w:p>
      <w:pPr>
        <w:keepNext/>
        <w:spacing w:after="20"/>
      </w:pPr>
      <w:r>
        <w:t>Reservations or attached examination</w:t>
      </w:r>
    </w:p>
    <w:p>
      <w:pPr>
        <w:spacing w:after="120"/>
      </w:pPr>
      <w:r>
        <w:rPr>
          <w:color w:val="777777"/>
          <w:sz w:val="18"/>
        </w:rPr>
        <w:t>______________________________________________________________________________</w:t>
      </w:r>
    </w:p>
    <w:p>
      <w:pPr>
        <w:keepNext/>
        <w:spacing w:after="20"/>
      </w:pPr>
      <w:r>
        <w:t>Signature and date</w:t>
      </w:r>
    </w:p>
    <w:p>
      <w:pPr>
        <w:spacing w:after="120"/>
      </w:pPr>
      <w:r>
        <w:rPr>
          <w:color w:val="777777"/>
          <w:sz w:val="18"/>
        </w:rPr>
        <w:t>______________________________________________________________________________</w:t>
      </w:r>
    </w:p>
    <w:p>
      <w:pPr>
        <w:keepNext/>
        <w:spacing w:after="20"/>
      </w:pPr>
      <w:r>
        <w:t>Reviewer and permanent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07</w:t>
      </w:r>
    </w:p>
    <w:p>
      <w:pPr>
        <w:pStyle w:val="Heading1"/>
      </w:pPr>
      <w:r>
        <w:t>PRAECEPTORIUS Admission Record</w:t>
      </w:r>
    </w:p>
    <w:p>
      <w:pPr>
        <w:spacing w:after="160"/>
      </w:pPr>
      <w:r>
        <w:t>For a bishop or elder only. Record qualification and express admission separately from ordination.</w:t>
      </w:r>
    </w:p>
    <w:p>
      <w:pPr>
        <w:spacing w:after="160"/>
      </w:pPr>
      <w:r>
        <w:t>A deacon is not eligible by virtue of deacon ordination. If previously a deacon, the separate bishop or elder recognition must be identified before this admission is completed.</w:t>
      </w:r>
    </w:p>
    <w:p>
      <w:pPr>
        <w:keepNext/>
        <w:spacing w:after="20"/>
      </w:pPr>
      <w:r>
        <w:t>Full name and local membership</w:t>
      </w:r>
    </w:p>
    <w:p>
      <w:pPr>
        <w:spacing w:after="120"/>
      </w:pPr>
      <w:r>
        <w:rPr>
          <w:color w:val="777777"/>
          <w:sz w:val="18"/>
        </w:rPr>
        <w:t>______________________________________________________________________________</w:t>
      </w:r>
    </w:p>
    <w:p>
      <w:pPr>
        <w:keepNext/>
        <w:spacing w:after="20"/>
      </w:pPr>
      <w:r>
        <w:t>Recognized office bishop or elder</w:t>
      </w:r>
    </w:p>
    <w:p>
      <w:pPr>
        <w:spacing w:after="120"/>
      </w:pPr>
      <w:r>
        <w:rPr>
          <w:color w:val="777777"/>
          <w:sz w:val="18"/>
        </w:rPr>
        <w:t>______________________________________________________________________________</w:t>
      </w:r>
    </w:p>
    <w:p>
      <w:pPr>
        <w:keepNext/>
        <w:spacing w:after="20"/>
      </w:pPr>
      <w:r>
        <w:t>Qualification and ordination record references</w:t>
      </w:r>
    </w:p>
    <w:p>
      <w:pPr>
        <w:spacing w:after="120"/>
      </w:pPr>
      <w:r>
        <w:rPr>
          <w:color w:val="777777"/>
          <w:sz w:val="18"/>
        </w:rPr>
        <w:t>______________________________________________________________________________</w:t>
      </w:r>
    </w:p>
    <w:p>
      <w:pPr>
        <w:keepNext/>
        <w:spacing w:after="20"/>
      </w:pPr>
      <w:r>
        <w:t>Doctrinal affirmation reference</w:t>
      </w:r>
    </w:p>
    <w:p>
      <w:pPr>
        <w:spacing w:after="120"/>
      </w:pPr>
      <w:r>
        <w:rPr>
          <w:color w:val="777777"/>
          <w:sz w:val="18"/>
        </w:rPr>
        <w:t>______________________________________________________________________________</w:t>
      </w:r>
    </w:p>
    <w:p>
      <w:pPr>
        <w:keepNext/>
        <w:spacing w:after="20"/>
      </w:pPr>
      <w:r>
        <w:t>Admission authority and actual decision</w:t>
      </w:r>
    </w:p>
    <w:p>
      <w:pPr>
        <w:spacing w:after="120"/>
      </w:pPr>
      <w:r>
        <w:rPr>
          <w:color w:val="777777"/>
          <w:sz w:val="18"/>
        </w:rPr>
        <w:t>______________________________________________________________________________</w:t>
      </w:r>
    </w:p>
    <w:p>
      <w:pPr>
        <w:keepNext/>
        <w:spacing w:after="20"/>
      </w:pPr>
      <w:r>
        <w:t>Appointment and effective dates</w:t>
      </w:r>
    </w:p>
    <w:p>
      <w:pPr>
        <w:spacing w:after="120"/>
      </w:pPr>
      <w:r>
        <w:rPr>
          <w:color w:val="777777"/>
          <w:sz w:val="18"/>
        </w:rPr>
        <w:t>______________________________________________________________________________</w:t>
      </w:r>
    </w:p>
    <w:p>
      <w:pPr>
        <w:keepNext/>
        <w:spacing w:after="20"/>
      </w:pPr>
      <w:r>
        <w:t>Duties and voting status</w:t>
      </w:r>
    </w:p>
    <w:p>
      <w:pPr>
        <w:spacing w:after="120"/>
      </w:pPr>
      <w:r>
        <w:rPr>
          <w:color w:val="777777"/>
          <w:sz w:val="18"/>
        </w:rPr>
        <w:t>______________________________________________________________________________</w:t>
      </w:r>
    </w:p>
    <w:p>
      <w:pPr>
        <w:keepNext/>
        <w:spacing w:after="20"/>
      </w:pPr>
      <w:r>
        <w:t>Appointee acceptance signature</w:t>
      </w:r>
    </w:p>
    <w:p>
      <w:pPr>
        <w:spacing w:after="120"/>
      </w:pPr>
      <w:r>
        <w:rPr>
          <w:color w:val="777777"/>
          <w:sz w:val="18"/>
        </w:rPr>
        <w:t>______________________________________________________________________________</w:t>
      </w:r>
    </w:p>
    <w:p>
      <w:pPr>
        <w:keepNext/>
        <w:spacing w:after="20"/>
      </w:pPr>
      <w:r>
        <w:t>Approving signature and roster entry</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08</w:t>
      </w:r>
    </w:p>
    <w:p>
      <w:pPr>
        <w:pStyle w:val="Heading1"/>
      </w:pPr>
      <w:r>
        <w:t>Circle and Leadership Roster Entry</w:t>
      </w:r>
    </w:p>
    <w:p>
      <w:pPr>
        <w:spacing w:after="160"/>
      </w:pPr>
      <w:r>
        <w:t>Maintain separate Circle and service rosters. Do not list deacons as Circle members.</w:t>
      </w:r>
    </w:p>
    <w:p>
      <w:pPr>
        <w:keepNext/>
        <w:spacing w:after="20"/>
      </w:pPr>
      <w:r>
        <w:t>Person and contact</w:t>
      </w:r>
    </w:p>
    <w:p>
      <w:pPr>
        <w:spacing w:after="120"/>
      </w:pPr>
      <w:r>
        <w:rPr>
          <w:color w:val="777777"/>
          <w:sz w:val="18"/>
        </w:rPr>
        <w:t>______________________________________________________________________________</w:t>
      </w:r>
    </w:p>
    <w:p>
      <w:pPr>
        <w:keepNext/>
        <w:spacing w:after="20"/>
      </w:pPr>
      <w:r>
        <w:t>Local assembly membership</w:t>
      </w:r>
    </w:p>
    <w:p>
      <w:pPr>
        <w:spacing w:after="120"/>
      </w:pPr>
      <w:r>
        <w:rPr>
          <w:color w:val="777777"/>
          <w:sz w:val="18"/>
        </w:rPr>
        <w:t>______________________________________________________________________________</w:t>
      </w:r>
    </w:p>
    <w:p>
      <w:pPr>
        <w:keepNext/>
        <w:spacing w:after="20"/>
      </w:pPr>
      <w:r>
        <w:t>Office and qualification record</w:t>
      </w:r>
    </w:p>
    <w:p>
      <w:pPr>
        <w:spacing w:after="120"/>
      </w:pPr>
      <w:r>
        <w:rPr>
          <w:color w:val="777777"/>
          <w:sz w:val="18"/>
        </w:rPr>
        <w:t>______________________________________________________________________________</w:t>
      </w:r>
    </w:p>
    <w:p>
      <w:pPr>
        <w:keepNext/>
        <w:spacing w:after="20"/>
      </w:pPr>
      <w:r>
        <w:t>Circle status member or not a member</w:t>
      </w:r>
    </w:p>
    <w:p>
      <w:pPr>
        <w:spacing w:after="120"/>
      </w:pPr>
      <w:r>
        <w:rPr>
          <w:color w:val="777777"/>
          <w:sz w:val="18"/>
        </w:rPr>
        <w:t>______________________________________________________________________________</w:t>
      </w:r>
    </w:p>
    <w:p>
      <w:pPr>
        <w:keepNext/>
        <w:spacing w:after="20"/>
      </w:pPr>
      <w:r>
        <w:t>Express admission reference if a member</w:t>
      </w:r>
    </w:p>
    <w:p>
      <w:pPr>
        <w:spacing w:after="120"/>
      </w:pPr>
      <w:r>
        <w:rPr>
          <w:color w:val="777777"/>
          <w:sz w:val="18"/>
        </w:rPr>
        <w:t>______________________________________________________________________________</w:t>
      </w:r>
    </w:p>
    <w:p>
      <w:pPr>
        <w:keepNext/>
        <w:spacing w:after="20"/>
      </w:pPr>
      <w:r>
        <w:t>Voting status and effective date</w:t>
      </w:r>
    </w:p>
    <w:p>
      <w:pPr>
        <w:spacing w:after="120"/>
      </w:pPr>
      <w:r>
        <w:rPr>
          <w:color w:val="777777"/>
          <w:sz w:val="18"/>
        </w:rPr>
        <w:t>______________________________________________________________________________</w:t>
      </w:r>
    </w:p>
    <w:p>
      <w:pPr>
        <w:keepNext/>
        <w:spacing w:after="20"/>
      </w:pPr>
      <w:r>
        <w:t>Assigned duties and limits</w:t>
      </w:r>
    </w:p>
    <w:p>
      <w:pPr>
        <w:spacing w:after="120"/>
      </w:pPr>
      <w:r>
        <w:rPr>
          <w:color w:val="777777"/>
          <w:sz w:val="18"/>
        </w:rPr>
        <w:t>______________________________________________________________________________</w:t>
      </w:r>
    </w:p>
    <w:p>
      <w:pPr>
        <w:keepNext/>
        <w:spacing w:after="20"/>
      </w:pPr>
      <w:r>
        <w:t>Latest review or status change</w:t>
      </w:r>
    </w:p>
    <w:p>
      <w:pPr>
        <w:spacing w:after="120"/>
      </w:pPr>
      <w:r>
        <w:rPr>
          <w:color w:val="777777"/>
          <w:sz w:val="18"/>
        </w:rPr>
        <w:t>______________________________________________________________________________</w:t>
      </w:r>
    </w:p>
    <w:p>
      <w:pPr>
        <w:keepNext/>
        <w:spacing w:after="20"/>
      </w:pPr>
      <w:r>
        <w:t>Custodian signature and date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09</w:t>
      </w:r>
    </w:p>
    <w:p>
      <w:pPr>
        <w:pStyle w:val="Heading1"/>
      </w:pPr>
      <w:r>
        <w:t>Ministerial Recognition Application</w:t>
      </w:r>
    </w:p>
    <w:p>
      <w:pPr>
        <w:spacing w:after="160"/>
      </w:pPr>
      <w:r>
        <w:t>Application begins examination only.</w:t>
      </w:r>
    </w:p>
    <w:p>
      <w:pPr>
        <w:keepNext/>
        <w:spacing w:after="20"/>
      </w:pPr>
      <w:r>
        <w:t>Candidate name and contact</w:t>
      </w:r>
    </w:p>
    <w:p>
      <w:pPr>
        <w:spacing w:after="120"/>
      </w:pPr>
      <w:r>
        <w:rPr>
          <w:color w:val="777777"/>
          <w:sz w:val="18"/>
        </w:rPr>
        <w:t>______________________________________________________________________________</w:t>
      </w:r>
    </w:p>
    <w:p>
      <w:pPr>
        <w:keepNext/>
        <w:spacing w:after="20"/>
      </w:pPr>
      <w:r>
        <w:t>Local assembly and testimony of salvation</w:t>
      </w:r>
    </w:p>
    <w:p>
      <w:pPr>
        <w:spacing w:after="120"/>
      </w:pPr>
      <w:r>
        <w:rPr>
          <w:color w:val="777777"/>
          <w:sz w:val="18"/>
        </w:rPr>
        <w:t>______________________________________________________________________________</w:t>
      </w:r>
    </w:p>
    <w:p>
      <w:pPr>
        <w:keepNext/>
        <w:spacing w:after="20"/>
      </w:pPr>
      <w:r>
        <w:t>Request bishop elder deacon or prior ordination recognition</w:t>
      </w:r>
    </w:p>
    <w:p>
      <w:pPr>
        <w:spacing w:after="120"/>
      </w:pPr>
      <w:r>
        <w:rPr>
          <w:color w:val="777777"/>
          <w:sz w:val="18"/>
        </w:rPr>
        <w:t>______________________________________________________________________________</w:t>
      </w:r>
    </w:p>
    <w:p>
      <w:pPr>
        <w:keepNext/>
        <w:spacing w:after="20"/>
      </w:pPr>
      <w:r>
        <w:t>Bible study and ministry experience</w:t>
      </w:r>
    </w:p>
    <w:p>
      <w:pPr>
        <w:spacing w:after="120"/>
      </w:pPr>
      <w:r>
        <w:rPr>
          <w:color w:val="777777"/>
          <w:sz w:val="18"/>
        </w:rPr>
        <w:t>______________________________________________________________________________</w:t>
      </w:r>
    </w:p>
    <w:p>
      <w:pPr>
        <w:keepNext/>
        <w:spacing w:after="20"/>
      </w:pPr>
      <w:r>
        <w:t>Household facts relevant to applicable qualification</w:t>
      </w:r>
    </w:p>
    <w:p>
      <w:pPr>
        <w:spacing w:after="120"/>
      </w:pPr>
      <w:r>
        <w:rPr>
          <w:color w:val="777777"/>
          <w:sz w:val="18"/>
        </w:rPr>
        <w:t>______________________________________________________________________________</w:t>
      </w:r>
    </w:p>
    <w:p>
      <w:pPr>
        <w:keepNext/>
        <w:spacing w:after="20"/>
      </w:pPr>
      <w:r>
        <w:t>Prior credentials and current restrictions</w:t>
      </w:r>
    </w:p>
    <w:p>
      <w:pPr>
        <w:spacing w:after="120"/>
      </w:pPr>
      <w:r>
        <w:rPr>
          <w:color w:val="777777"/>
          <w:sz w:val="18"/>
        </w:rPr>
        <w:t>______________________________________________________________________________</w:t>
      </w:r>
    </w:p>
    <w:p>
      <w:pPr>
        <w:keepNext/>
        <w:spacing w:after="20"/>
      </w:pPr>
      <w:r>
        <w:t>Reference contacts and contact permission</w:t>
      </w:r>
    </w:p>
    <w:p>
      <w:pPr>
        <w:spacing w:after="120"/>
      </w:pPr>
      <w:r>
        <w:rPr>
          <w:color w:val="777777"/>
          <w:sz w:val="18"/>
        </w:rPr>
        <w:t>______________________________________________________________________________</w:t>
      </w:r>
    </w:p>
    <w:p>
      <w:pPr>
        <w:keepNext/>
        <w:spacing w:after="20"/>
      </w:pPr>
      <w:r>
        <w:t>Doctrinal reservations and signature</w:t>
      </w:r>
    </w:p>
    <w:p>
      <w:pPr>
        <w:spacing w:after="120"/>
      </w:pPr>
      <w:r>
        <w:rPr>
          <w:color w:val="777777"/>
          <w:sz w:val="18"/>
        </w:rPr>
        <w:t>______________________________________________________________________________</w:t>
      </w:r>
    </w:p>
    <w:p>
      <w:pPr>
        <w:keepNext/>
        <w:spacing w:after="20"/>
      </w:pPr>
      <w:r>
        <w:t>Received by and record number</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10</w:t>
      </w:r>
    </w:p>
    <w:p>
      <w:pPr>
        <w:pStyle w:val="Heading1"/>
      </w:pPr>
      <w:r>
        <w:t>Bishop Elder and Deacon Examination Record</w:t>
      </w:r>
    </w:p>
    <w:p>
      <w:pPr>
        <w:spacing w:after="160"/>
      </w:pPr>
      <w:r>
        <w:t>Apply bishop and elder qualifications separately from deacon qualifications. Preserve relevant evidence and unresolved issues.</w:t>
      </w:r>
    </w:p>
    <w:p>
      <w:pPr>
        <w:keepNext/>
        <w:spacing w:after="20"/>
      </w:pPr>
      <w:r>
        <w:t>Candidate and office requested</w:t>
      </w:r>
    </w:p>
    <w:p>
      <w:pPr>
        <w:spacing w:after="120"/>
      </w:pPr>
      <w:r>
        <w:rPr>
          <w:color w:val="777777"/>
          <w:sz w:val="18"/>
        </w:rPr>
        <w:t>______________________________________________________________________________</w:t>
      </w:r>
    </w:p>
    <w:p>
      <w:pPr>
        <w:keepNext/>
        <w:spacing w:after="20"/>
      </w:pPr>
      <w:r>
        <w:t>Examiners names offices and date</w:t>
      </w:r>
    </w:p>
    <w:p>
      <w:pPr>
        <w:spacing w:after="120"/>
      </w:pPr>
      <w:r>
        <w:rPr>
          <w:color w:val="777777"/>
          <w:sz w:val="18"/>
        </w:rPr>
        <w:t>______________________________________________________________________________</w:t>
      </w:r>
    </w:p>
    <w:p>
      <w:pPr>
        <w:keepNext/>
        <w:spacing w:after="20"/>
      </w:pPr>
      <w:r>
        <w:t>Applicable passages and manual provisions</w:t>
      </w:r>
    </w:p>
    <w:p>
      <w:pPr>
        <w:spacing w:after="120"/>
      </w:pPr>
      <w:r>
        <w:rPr>
          <w:color w:val="777777"/>
          <w:sz w:val="18"/>
        </w:rPr>
        <w:t>______________________________________________________________________________</w:t>
      </w:r>
    </w:p>
    <w:p>
      <w:pPr>
        <w:keepNext/>
        <w:spacing w:after="20"/>
      </w:pPr>
      <w:r>
        <w:t>Doctrine and teaching ability where required</w:t>
      </w:r>
    </w:p>
    <w:p>
      <w:pPr>
        <w:spacing w:after="120"/>
      </w:pPr>
      <w:r>
        <w:rPr>
          <w:color w:val="777777"/>
          <w:sz w:val="18"/>
        </w:rPr>
        <w:t>______________________________________________________________________________</w:t>
      </w:r>
    </w:p>
    <w:p>
      <w:pPr>
        <w:keepNext/>
        <w:spacing w:after="20"/>
      </w:pPr>
      <w:r>
        <w:t>Character marital faithfulness and household evidence</w:t>
      </w:r>
    </w:p>
    <w:p>
      <w:pPr>
        <w:spacing w:after="120"/>
      </w:pPr>
      <w:r>
        <w:rPr>
          <w:color w:val="777777"/>
          <w:sz w:val="18"/>
        </w:rPr>
        <w:t>______________________________________________________________________________</w:t>
      </w:r>
    </w:p>
    <w:p>
      <w:pPr>
        <w:keepNext/>
        <w:spacing w:after="20"/>
      </w:pPr>
      <w:r>
        <w:t>Prior proving testimony and references</w:t>
      </w:r>
    </w:p>
    <w:p>
      <w:pPr>
        <w:spacing w:after="120"/>
      </w:pPr>
      <w:r>
        <w:rPr>
          <w:color w:val="777777"/>
          <w:sz w:val="18"/>
        </w:rPr>
        <w:t>______________________________________________________________________________</w:t>
      </w:r>
    </w:p>
    <w:p>
      <w:pPr>
        <w:keepNext/>
        <w:spacing w:after="20"/>
      </w:pPr>
      <w:r>
        <w:t>Unresolved questions and candidate response</w:t>
      </w:r>
    </w:p>
    <w:p>
      <w:pPr>
        <w:spacing w:after="120"/>
      </w:pPr>
      <w:r>
        <w:rPr>
          <w:color w:val="777777"/>
          <w:sz w:val="18"/>
        </w:rPr>
        <w:t>______________________________________________________________________________</w:t>
      </w:r>
    </w:p>
    <w:p>
      <w:pPr>
        <w:keepNext/>
        <w:spacing w:after="20"/>
      </w:pPr>
      <w:r>
        <w:t>Recommendation approve defer or decline</w:t>
      </w:r>
    </w:p>
    <w:p>
      <w:pPr>
        <w:spacing w:after="120"/>
      </w:pPr>
      <w:r>
        <w:rPr>
          <w:color w:val="777777"/>
          <w:sz w:val="18"/>
        </w:rPr>
        <w:t>______________________________________________________________________________</w:t>
      </w:r>
    </w:p>
    <w:p>
      <w:pPr>
        <w:keepNext/>
        <w:spacing w:after="20"/>
      </w:pPr>
      <w:r>
        <w:t>Examiners signatures and supporting references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11</w:t>
      </w:r>
    </w:p>
    <w:p>
      <w:pPr>
        <w:pStyle w:val="Heading1"/>
      </w:pPr>
      <w:r>
        <w:t>Credential Decision and Ordination Record</w:t>
      </w:r>
    </w:p>
    <w:p>
      <w:pPr>
        <w:spacing w:after="160"/>
      </w:pPr>
      <w:r>
        <w:t>Distinguish approval, actual ordination, credentials, assignment, and Circle admission.</w:t>
      </w:r>
    </w:p>
    <w:p>
      <w:pPr>
        <w:keepNext/>
        <w:spacing w:after="20"/>
      </w:pPr>
      <w:r>
        <w:t>Candidate and permanent record number</w:t>
      </w:r>
    </w:p>
    <w:p>
      <w:pPr>
        <w:spacing w:after="120"/>
      </w:pPr>
      <w:r>
        <w:rPr>
          <w:color w:val="777777"/>
          <w:sz w:val="18"/>
        </w:rPr>
        <w:t>______________________________________________________________________________</w:t>
      </w:r>
    </w:p>
    <w:p>
      <w:pPr>
        <w:keepNext/>
        <w:spacing w:after="20"/>
      </w:pPr>
      <w:r>
        <w:t>Exact office and approved action</w:t>
      </w:r>
    </w:p>
    <w:p>
      <w:pPr>
        <w:spacing w:after="120"/>
      </w:pPr>
      <w:r>
        <w:rPr>
          <w:color w:val="777777"/>
          <w:sz w:val="18"/>
        </w:rPr>
        <w:t>______________________________________________________________________________</w:t>
      </w:r>
    </w:p>
    <w:p>
      <w:pPr>
        <w:keepNext/>
        <w:spacing w:after="20"/>
      </w:pPr>
      <w:r>
        <w:t>Authority examiners and examination references</w:t>
      </w:r>
    </w:p>
    <w:p>
      <w:pPr>
        <w:spacing w:after="120"/>
      </w:pPr>
      <w:r>
        <w:rPr>
          <w:color w:val="777777"/>
          <w:sz w:val="18"/>
        </w:rPr>
        <w:t>______________________________________________________________________________</w:t>
      </w:r>
    </w:p>
    <w:p>
      <w:pPr>
        <w:keepNext/>
        <w:spacing w:after="20"/>
      </w:pPr>
      <w:r>
        <w:t>Findings result and decision date</w:t>
      </w:r>
    </w:p>
    <w:p>
      <w:pPr>
        <w:spacing w:after="120"/>
      </w:pPr>
      <w:r>
        <w:rPr>
          <w:color w:val="777777"/>
          <w:sz w:val="18"/>
        </w:rPr>
        <w:t>______________________________________________________________________________</w:t>
      </w:r>
    </w:p>
    <w:p>
      <w:pPr>
        <w:keepNext/>
        <w:spacing w:after="20"/>
      </w:pPr>
      <w:r>
        <w:t>Actual ordination date and place if completed</w:t>
      </w:r>
    </w:p>
    <w:p>
      <w:pPr>
        <w:spacing w:after="120"/>
      </w:pPr>
      <w:r>
        <w:rPr>
          <w:color w:val="777777"/>
          <w:sz w:val="18"/>
        </w:rPr>
        <w:t>______________________________________________________________________________</w:t>
      </w:r>
    </w:p>
    <w:p>
      <w:pPr>
        <w:keepNext/>
        <w:spacing w:after="20"/>
      </w:pPr>
      <w:r>
        <w:t>Assigned duties and limits</w:t>
      </w:r>
    </w:p>
    <w:p>
      <w:pPr>
        <w:spacing w:after="120"/>
      </w:pPr>
      <w:r>
        <w:rPr>
          <w:color w:val="777777"/>
          <w:sz w:val="18"/>
        </w:rPr>
        <w:t>______________________________________________________________________________</w:t>
      </w:r>
    </w:p>
    <w:p>
      <w:pPr>
        <w:keepNext/>
        <w:spacing w:after="20"/>
      </w:pPr>
      <w:r>
        <w:t>Circle admission YES or NO with separate reference</w:t>
      </w:r>
    </w:p>
    <w:p>
      <w:pPr>
        <w:spacing w:after="120"/>
      </w:pPr>
      <w:r>
        <w:rPr>
          <w:color w:val="777777"/>
          <w:sz w:val="18"/>
        </w:rPr>
        <w:t>______________________________________________________________________________</w:t>
      </w:r>
    </w:p>
    <w:p>
      <w:pPr>
        <w:keepNext/>
        <w:spacing w:after="20"/>
      </w:pPr>
      <w:r>
        <w:t>Certificate or credential numbers</w:t>
      </w:r>
    </w:p>
    <w:p>
      <w:pPr>
        <w:spacing w:after="120"/>
      </w:pPr>
      <w:r>
        <w:rPr>
          <w:color w:val="777777"/>
          <w:sz w:val="18"/>
        </w:rPr>
        <w:t>______________________________________________________________________________</w:t>
      </w:r>
    </w:p>
    <w:p>
      <w:pPr>
        <w:keepNext/>
        <w:spacing w:after="20"/>
      </w:pPr>
      <w:r>
        <w:t>Approving signatures and recorder</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12</w:t>
      </w:r>
    </w:p>
    <w:p>
      <w:pPr>
        <w:pStyle w:val="Heading1"/>
      </w:pPr>
      <w:r>
        <w:t>Ordination Certificate Record</w:t>
      </w:r>
    </w:p>
    <w:p>
      <w:pPr>
        <w:spacing w:after="160"/>
      </w:pPr>
      <w:r>
        <w:t>Use the separate formal bishop or elder certificate or deacon certificate for presentation. This page records issuance.</w:t>
      </w:r>
    </w:p>
    <w:p>
      <w:pPr>
        <w:spacing w:after="160"/>
      </w:pPr>
      <w:r>
        <w:t>An ordination certificate evidences the actual ecclesiastical action. A deacon certificate does not admit its recipient to PRAECEPTORIUS; bishop or elder admission also requires a separate express record.</w:t>
      </w:r>
    </w:p>
    <w:p>
      <w:pPr>
        <w:keepNext/>
        <w:spacing w:after="20"/>
      </w:pPr>
      <w:r>
        <w:t>Recipient and exact office</w:t>
      </w:r>
    </w:p>
    <w:p>
      <w:pPr>
        <w:spacing w:after="120"/>
      </w:pPr>
      <w:r>
        <w:rPr>
          <w:color w:val="777777"/>
          <w:sz w:val="18"/>
        </w:rPr>
        <w:t>______________________________________________________________________________</w:t>
      </w:r>
    </w:p>
    <w:p>
      <w:pPr>
        <w:keepNext/>
        <w:spacing w:after="20"/>
      </w:pPr>
      <w:r>
        <w:t>Actual ordination date and location</w:t>
      </w:r>
    </w:p>
    <w:p>
      <w:pPr>
        <w:spacing w:after="120"/>
      </w:pPr>
      <w:r>
        <w:rPr>
          <w:color w:val="777777"/>
          <w:sz w:val="18"/>
        </w:rPr>
        <w:t>______________________________________________________________________________</w:t>
      </w:r>
    </w:p>
    <w:p>
      <w:pPr>
        <w:keepNext/>
        <w:spacing w:after="20"/>
      </w:pPr>
      <w:r>
        <w:t>Underlying approval and permanent record</w:t>
      </w:r>
    </w:p>
    <w:p>
      <w:pPr>
        <w:spacing w:after="120"/>
      </w:pPr>
      <w:r>
        <w:rPr>
          <w:color w:val="777777"/>
          <w:sz w:val="18"/>
        </w:rPr>
        <w:t>______________________________________________________________________________</w:t>
      </w:r>
    </w:p>
    <w:p>
      <w:pPr>
        <w:keepNext/>
        <w:spacing w:after="20"/>
      </w:pPr>
      <w:r>
        <w:t>Applicable scriptural charge supplement</w:t>
      </w:r>
    </w:p>
    <w:p>
      <w:pPr>
        <w:spacing w:after="120"/>
      </w:pPr>
      <w:r>
        <w:rPr>
          <w:color w:val="777777"/>
          <w:sz w:val="18"/>
        </w:rPr>
        <w:t>______________________________________________________________________________</w:t>
      </w:r>
    </w:p>
    <w:p>
      <w:pPr>
        <w:keepNext/>
        <w:spacing w:after="20"/>
      </w:pPr>
      <w:r>
        <w:t>Certificate number and issuance date</w:t>
      </w:r>
    </w:p>
    <w:p>
      <w:pPr>
        <w:spacing w:after="120"/>
      </w:pPr>
      <w:r>
        <w:rPr>
          <w:color w:val="777777"/>
          <w:sz w:val="18"/>
        </w:rPr>
        <w:t>______________________________________________________________________________</w:t>
      </w:r>
    </w:p>
    <w:p>
      <w:pPr>
        <w:keepNext/>
        <w:spacing w:after="20"/>
      </w:pPr>
      <w:r>
        <w:t>Conditions or attached limits</w:t>
      </w:r>
    </w:p>
    <w:p>
      <w:pPr>
        <w:spacing w:after="120"/>
      </w:pPr>
      <w:r>
        <w:rPr>
          <w:color w:val="777777"/>
          <w:sz w:val="18"/>
        </w:rPr>
        <w:t>______________________________________________________________________________</w:t>
      </w:r>
    </w:p>
    <w:p>
      <w:pPr>
        <w:keepNext/>
        <w:spacing w:after="20"/>
      </w:pPr>
      <w:r>
        <w:t>Issuing officer signature and office</w:t>
      </w:r>
    </w:p>
    <w:p>
      <w:pPr>
        <w:spacing w:after="120"/>
      </w:pPr>
      <w:r>
        <w:rPr>
          <w:color w:val="777777"/>
          <w:sz w:val="18"/>
        </w:rPr>
        <w:t>______________________________________________________________________________</w:t>
      </w:r>
    </w:p>
    <w:p>
      <w:pPr>
        <w:keepNext/>
        <w:spacing w:after="20"/>
      </w:pPr>
      <w:r>
        <w:t>Recipient delivery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13</w:t>
      </w:r>
    </w:p>
    <w:p>
      <w:pPr>
        <w:pStyle w:val="Heading1"/>
      </w:pPr>
      <w:r>
        <w:t>Ministerial Recognition and Good Standing Letter</w:t>
      </w:r>
    </w:p>
    <w:p>
      <w:pPr>
        <w:spacing w:after="160"/>
      </w:pPr>
      <w:r>
        <w:t>State current recognition as of the actual issue date, subject to recorded limits.</w:t>
      </w:r>
    </w:p>
    <w:p>
      <w:pPr>
        <w:spacing w:after="160"/>
      </w:pPr>
      <w:r>
        <w:t>TGBC confirms only the recognition and current status recorded above. Receiving organizations determine their own acceptance requirements. No ownership or governmental license is conferred.</w:t>
      </w:r>
    </w:p>
    <w:p>
      <w:pPr>
        <w:keepNext/>
        <w:spacing w:after="20"/>
      </w:pPr>
      <w:r>
        <w:t>Issue date and intended recipient</w:t>
      </w:r>
    </w:p>
    <w:p>
      <w:pPr>
        <w:spacing w:after="120"/>
      </w:pPr>
      <w:r>
        <w:rPr>
          <w:color w:val="777777"/>
          <w:sz w:val="18"/>
        </w:rPr>
        <w:t>______________________________________________________________________________</w:t>
      </w:r>
    </w:p>
    <w:p>
      <w:pPr>
        <w:keepNext/>
        <w:spacing w:after="20"/>
      </w:pPr>
      <w:r>
        <w:t>Minister name office and local assembly</w:t>
      </w:r>
    </w:p>
    <w:p>
      <w:pPr>
        <w:spacing w:after="120"/>
      </w:pPr>
      <w:r>
        <w:rPr>
          <w:color w:val="777777"/>
          <w:sz w:val="18"/>
        </w:rPr>
        <w:t>______________________________________________________________________________</w:t>
      </w:r>
    </w:p>
    <w:p>
      <w:pPr>
        <w:keepNext/>
        <w:spacing w:after="20"/>
      </w:pPr>
      <w:r>
        <w:t>Permanent record and credential numbers</w:t>
      </w:r>
    </w:p>
    <w:p>
      <w:pPr>
        <w:spacing w:after="120"/>
      </w:pPr>
      <w:r>
        <w:rPr>
          <w:color w:val="777777"/>
          <w:sz w:val="18"/>
        </w:rPr>
        <w:t>______________________________________________________________________________</w:t>
      </w:r>
    </w:p>
    <w:p>
      <w:pPr>
        <w:keepNext/>
        <w:spacing w:after="20"/>
      </w:pPr>
      <w:r>
        <w:t>Current status and effective date</w:t>
      </w:r>
    </w:p>
    <w:p>
      <w:pPr>
        <w:spacing w:after="120"/>
      </w:pPr>
      <w:r>
        <w:rPr>
          <w:color w:val="777777"/>
          <w:sz w:val="18"/>
        </w:rPr>
        <w:t>______________________________________________________________________________</w:t>
      </w:r>
    </w:p>
    <w:p>
      <w:pPr>
        <w:keepNext/>
        <w:spacing w:after="20"/>
      </w:pPr>
      <w:r>
        <w:t>Approved duties and limitations</w:t>
      </w:r>
    </w:p>
    <w:p>
      <w:pPr>
        <w:spacing w:after="120"/>
      </w:pPr>
      <w:r>
        <w:rPr>
          <w:color w:val="777777"/>
          <w:sz w:val="18"/>
        </w:rPr>
        <w:t>______________________________________________________________________________</w:t>
      </w:r>
    </w:p>
    <w:p>
      <w:pPr>
        <w:keepNext/>
        <w:spacing w:after="20"/>
      </w:pPr>
      <w:r>
        <w:t>Circle membership status and record if applicable</w:t>
      </w:r>
    </w:p>
    <w:p>
      <w:pPr>
        <w:spacing w:after="120"/>
      </w:pPr>
      <w:r>
        <w:rPr>
          <w:color w:val="777777"/>
          <w:sz w:val="18"/>
        </w:rPr>
        <w:t>______________________________________________________________________________</w:t>
      </w:r>
    </w:p>
    <w:p>
      <w:pPr>
        <w:keepNext/>
        <w:spacing w:after="20"/>
      </w:pPr>
      <w:r>
        <w:t>Verification contact</w:t>
      </w:r>
    </w:p>
    <w:p>
      <w:pPr>
        <w:spacing w:after="120"/>
      </w:pPr>
      <w:r>
        <w:rPr>
          <w:color w:val="777777"/>
          <w:sz w:val="18"/>
        </w:rPr>
        <w:t>______________________________________________________________________________</w:t>
      </w:r>
    </w:p>
    <w:p>
      <w:pPr>
        <w:keepNext/>
        <w:spacing w:after="20"/>
      </w:pPr>
      <w:r>
        <w:t>Authorized signature office and date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14</w:t>
      </w:r>
    </w:p>
    <w:p>
      <w:pPr>
        <w:pStyle w:val="Heading1"/>
      </w:pPr>
      <w:r>
        <w:t>Credential Status Change and Restoration Record</w:t>
      </w:r>
    </w:p>
    <w:p>
      <w:pPr>
        <w:spacing w:after="160"/>
      </w:pPr>
      <w:r>
        <w:t>A status change requires an authorized decision, not merely passage of time.</w:t>
      </w:r>
    </w:p>
    <w:p>
      <w:pPr>
        <w:keepNext/>
        <w:spacing w:after="20"/>
      </w:pPr>
      <w:r>
        <w:t>Minister office and permanent record</w:t>
      </w:r>
    </w:p>
    <w:p>
      <w:pPr>
        <w:spacing w:after="120"/>
      </w:pPr>
      <w:r>
        <w:rPr>
          <w:color w:val="777777"/>
          <w:sz w:val="18"/>
        </w:rPr>
        <w:t>______________________________________________________________________________</w:t>
      </w:r>
    </w:p>
    <w:p>
      <w:pPr>
        <w:keepNext/>
        <w:spacing w:after="20"/>
      </w:pPr>
      <w:r>
        <w:t>Prior status and decision reference</w:t>
      </w:r>
    </w:p>
    <w:p>
      <w:pPr>
        <w:spacing w:after="120"/>
      </w:pPr>
      <w:r>
        <w:rPr>
          <w:color w:val="777777"/>
          <w:sz w:val="18"/>
        </w:rPr>
        <w:t>______________________________________________________________________________</w:t>
      </w:r>
    </w:p>
    <w:p>
      <w:pPr>
        <w:keepNext/>
        <w:spacing w:after="20"/>
      </w:pPr>
      <w:r>
        <w:t>Action review suspension withdrawal restoration or restriction</w:t>
      </w:r>
    </w:p>
    <w:p>
      <w:pPr>
        <w:spacing w:after="120"/>
      </w:pPr>
      <w:r>
        <w:rPr>
          <w:color w:val="777777"/>
          <w:sz w:val="18"/>
        </w:rPr>
        <w:t>______________________________________________________________________________</w:t>
      </w:r>
    </w:p>
    <w:p>
      <w:pPr>
        <w:keepNext/>
        <w:spacing w:after="20"/>
      </w:pPr>
      <w:r>
        <w:t>Notice response and fair review references</w:t>
      </w:r>
    </w:p>
    <w:p>
      <w:pPr>
        <w:spacing w:after="120"/>
      </w:pPr>
      <w:r>
        <w:rPr>
          <w:color w:val="777777"/>
          <w:sz w:val="18"/>
        </w:rPr>
        <w:t>______________________________________________________________________________</w:t>
      </w:r>
    </w:p>
    <w:p>
      <w:pPr>
        <w:keepNext/>
        <w:spacing w:after="20"/>
      </w:pPr>
      <w:r>
        <w:t>Findings and deciding authority</w:t>
      </w:r>
    </w:p>
    <w:p>
      <w:pPr>
        <w:spacing w:after="120"/>
      </w:pPr>
      <w:r>
        <w:rPr>
          <w:color w:val="777777"/>
          <w:sz w:val="18"/>
        </w:rPr>
        <w:t>______________________________________________________________________________</w:t>
      </w:r>
    </w:p>
    <w:p>
      <w:pPr>
        <w:keepNext/>
        <w:spacing w:after="20"/>
      </w:pPr>
      <w:r>
        <w:t>Effects on office credentials duties Circle and fellowship</w:t>
      </w:r>
    </w:p>
    <w:p>
      <w:pPr>
        <w:spacing w:after="120"/>
      </w:pPr>
      <w:r>
        <w:rPr>
          <w:color w:val="777777"/>
          <w:sz w:val="18"/>
        </w:rPr>
        <w:t>______________________________________________________________________________</w:t>
      </w:r>
    </w:p>
    <w:p>
      <w:pPr>
        <w:keepNext/>
        <w:spacing w:after="20"/>
      </w:pPr>
      <w:r>
        <w:t>Conditions review date and effective date</w:t>
      </w:r>
    </w:p>
    <w:p>
      <w:pPr>
        <w:spacing w:after="120"/>
      </w:pPr>
      <w:r>
        <w:rPr>
          <w:color w:val="777777"/>
          <w:sz w:val="18"/>
        </w:rPr>
        <w:t>______________________________________________________________________________</w:t>
      </w:r>
    </w:p>
    <w:p>
      <w:pPr>
        <w:keepNext/>
        <w:spacing w:after="20"/>
      </w:pPr>
      <w:r>
        <w:t>Notice issuance and register updates</w:t>
      </w:r>
    </w:p>
    <w:p>
      <w:pPr>
        <w:spacing w:after="120"/>
      </w:pPr>
      <w:r>
        <w:rPr>
          <w:color w:val="777777"/>
          <w:sz w:val="18"/>
        </w:rPr>
        <w:t>______________________________________________________________________________</w:t>
      </w:r>
    </w:p>
    <w:p>
      <w:pPr>
        <w:keepNext/>
        <w:spacing w:after="20"/>
      </w:pPr>
      <w:r>
        <w:t>Authorized signatures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15</w:t>
      </w:r>
    </w:p>
    <w:p>
      <w:pPr>
        <w:pStyle w:val="Heading1"/>
      </w:pPr>
      <w:r>
        <w:t>Local Assembly Affiliation Application</w:t>
      </w:r>
    </w:p>
    <w:p>
      <w:pPr>
        <w:spacing w:after="160"/>
      </w:pPr>
      <w:r>
        <w:t>Do not issue recognition before the full agreement and relationship type are resolved.</w:t>
      </w:r>
    </w:p>
    <w:p>
      <w:pPr>
        <w:keepNext/>
        <w:spacing w:after="20"/>
      </w:pPr>
      <w:r>
        <w:t>Assembly name and meeting location</w:t>
      </w:r>
    </w:p>
    <w:p>
      <w:pPr>
        <w:spacing w:after="120"/>
      </w:pPr>
      <w:r>
        <w:rPr>
          <w:color w:val="777777"/>
          <w:sz w:val="18"/>
        </w:rPr>
        <w:t>______________________________________________________________________________</w:t>
      </w:r>
    </w:p>
    <w:p>
      <w:pPr>
        <w:keepNext/>
        <w:spacing w:after="20"/>
      </w:pPr>
      <w:r>
        <w:t>Responsible bishop or elder and contact</w:t>
      </w:r>
    </w:p>
    <w:p>
      <w:pPr>
        <w:spacing w:after="120"/>
      </w:pPr>
      <w:r>
        <w:rPr>
          <w:color w:val="777777"/>
          <w:sz w:val="18"/>
        </w:rPr>
        <w:t>______________________________________________________________________________</w:t>
      </w:r>
    </w:p>
    <w:p>
      <w:pPr>
        <w:keepNext/>
        <w:spacing w:after="20"/>
      </w:pPr>
      <w:r>
        <w:t>Actual organizing identity and consenting members</w:t>
      </w:r>
    </w:p>
    <w:p>
      <w:pPr>
        <w:spacing w:after="120"/>
      </w:pPr>
      <w:r>
        <w:rPr>
          <w:color w:val="777777"/>
          <w:sz w:val="18"/>
        </w:rPr>
        <w:t>______________________________________________________________________________</w:t>
      </w:r>
    </w:p>
    <w:p>
      <w:pPr>
        <w:keepNext/>
        <w:spacing w:after="20"/>
      </w:pPr>
      <w:r>
        <w:t>Relationship sought TGBC unit or independent affiliate</w:t>
      </w:r>
    </w:p>
    <w:p>
      <w:pPr>
        <w:spacing w:after="120"/>
      </w:pPr>
      <w:r>
        <w:rPr>
          <w:color w:val="777777"/>
          <w:sz w:val="18"/>
        </w:rPr>
        <w:t>______________________________________________________________________________</w:t>
      </w:r>
    </w:p>
    <w:p>
      <w:pPr>
        <w:keepNext/>
        <w:spacing w:after="20"/>
      </w:pPr>
      <w:r>
        <w:t>Doctrinal affirmation and reservations</w:t>
      </w:r>
    </w:p>
    <w:p>
      <w:pPr>
        <w:spacing w:after="120"/>
      </w:pPr>
      <w:r>
        <w:rPr>
          <w:color w:val="777777"/>
          <w:sz w:val="18"/>
        </w:rPr>
        <w:t>______________________________________________________________________________</w:t>
      </w:r>
    </w:p>
    <w:p>
      <w:pPr>
        <w:keepNext/>
        <w:spacing w:after="20"/>
      </w:pPr>
      <w:r>
        <w:t>Local leadership and credential references</w:t>
      </w:r>
    </w:p>
    <w:p>
      <w:pPr>
        <w:spacing w:after="120"/>
      </w:pPr>
      <w:r>
        <w:rPr>
          <w:color w:val="777777"/>
          <w:sz w:val="18"/>
        </w:rPr>
        <w:t>______________________________________________________________________________</w:t>
      </w:r>
    </w:p>
    <w:p>
      <w:pPr>
        <w:keepNext/>
        <w:spacing w:after="20"/>
      </w:pPr>
      <w:r>
        <w:t>Owner of any funds property and commitments</w:t>
      </w:r>
    </w:p>
    <w:p>
      <w:pPr>
        <w:spacing w:after="120"/>
      </w:pPr>
      <w:r>
        <w:rPr>
          <w:color w:val="777777"/>
          <w:sz w:val="18"/>
        </w:rPr>
        <w:t>______________________________________________________________________________</w:t>
      </w:r>
    </w:p>
    <w:p>
      <w:pPr>
        <w:keepNext/>
        <w:spacing w:after="20"/>
      </w:pPr>
      <w:r>
        <w:t>Authorized local signature</w:t>
      </w:r>
    </w:p>
    <w:p>
      <w:pPr>
        <w:spacing w:after="120"/>
      </w:pPr>
      <w:r>
        <w:rPr>
          <w:color w:val="777777"/>
          <w:sz w:val="18"/>
        </w:rPr>
        <w:t>______________________________________________________________________________</w:t>
      </w:r>
    </w:p>
    <w:p>
      <w:pPr>
        <w:keepNext/>
        <w:spacing w:after="20"/>
      </w:pPr>
      <w:r>
        <w:t>TGBC review and agreement reference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16</w:t>
      </w:r>
    </w:p>
    <w:p>
      <w:pPr>
        <w:pStyle w:val="Heading1"/>
      </w:pPr>
      <w:r>
        <w:t>Local Assembly Recognition Certificate Record</w:t>
      </w:r>
    </w:p>
    <w:p>
      <w:pPr>
        <w:spacing w:after="160"/>
      </w:pPr>
      <w:r>
        <w:t>Recognition is evidence of an executed affiliation agreement, not incorporation or ownership transfer.</w:t>
      </w:r>
    </w:p>
    <w:p>
      <w:pPr>
        <w:keepNext/>
        <w:spacing w:after="20"/>
      </w:pPr>
      <w:r>
        <w:t>Assembly name and location</w:t>
      </w:r>
    </w:p>
    <w:p>
      <w:pPr>
        <w:spacing w:after="120"/>
      </w:pPr>
      <w:r>
        <w:rPr>
          <w:color w:val="777777"/>
          <w:sz w:val="18"/>
        </w:rPr>
        <w:t>______________________________________________________________________________</w:t>
      </w:r>
    </w:p>
    <w:p>
      <w:pPr>
        <w:keepNext/>
        <w:spacing w:after="20"/>
      </w:pPr>
      <w:r>
        <w:t>Relationship type and actual local owner</w:t>
      </w:r>
    </w:p>
    <w:p>
      <w:pPr>
        <w:spacing w:after="120"/>
      </w:pPr>
      <w:r>
        <w:rPr>
          <w:color w:val="777777"/>
          <w:sz w:val="18"/>
        </w:rPr>
        <w:t>______________________________________________________________________________</w:t>
      </w:r>
    </w:p>
    <w:p>
      <w:pPr>
        <w:keepNext/>
        <w:spacing w:after="20"/>
      </w:pPr>
      <w:r>
        <w:t>Executed agreement and approval reference</w:t>
      </w:r>
    </w:p>
    <w:p>
      <w:pPr>
        <w:spacing w:after="120"/>
      </w:pPr>
      <w:r>
        <w:rPr>
          <w:color w:val="777777"/>
          <w:sz w:val="18"/>
        </w:rPr>
        <w:t>______________________________________________________________________________</w:t>
      </w:r>
    </w:p>
    <w:p>
      <w:pPr>
        <w:keepNext/>
        <w:spacing w:after="20"/>
      </w:pPr>
      <w:r>
        <w:t>Recognized leader and qualifications</w:t>
      </w:r>
    </w:p>
    <w:p>
      <w:pPr>
        <w:spacing w:after="120"/>
      </w:pPr>
      <w:r>
        <w:rPr>
          <w:color w:val="777777"/>
          <w:sz w:val="18"/>
        </w:rPr>
        <w:t>______________________________________________________________________________</w:t>
      </w:r>
    </w:p>
    <w:p>
      <w:pPr>
        <w:keepNext/>
        <w:spacing w:after="20"/>
      </w:pPr>
      <w:r>
        <w:t>Effective recognition date</w:t>
      </w:r>
    </w:p>
    <w:p>
      <w:pPr>
        <w:spacing w:after="120"/>
      </w:pPr>
      <w:r>
        <w:rPr>
          <w:color w:val="777777"/>
          <w:sz w:val="18"/>
        </w:rPr>
        <w:t>______________________________________________________________________________</w:t>
      </w:r>
    </w:p>
    <w:p>
      <w:pPr>
        <w:keepNext/>
        <w:spacing w:after="20"/>
      </w:pPr>
      <w:r>
        <w:t>Recognition number and limitations</w:t>
      </w:r>
    </w:p>
    <w:p>
      <w:pPr>
        <w:spacing w:after="120"/>
      </w:pPr>
      <w:r>
        <w:rPr>
          <w:color w:val="777777"/>
          <w:sz w:val="18"/>
        </w:rPr>
        <w:t>______________________________________________________________________________</w:t>
      </w:r>
    </w:p>
    <w:p>
      <w:pPr>
        <w:keepNext/>
        <w:spacing w:after="20"/>
      </w:pPr>
      <w:r>
        <w:t>TGBC issuing signature and office</w:t>
      </w:r>
    </w:p>
    <w:p>
      <w:pPr>
        <w:spacing w:after="120"/>
      </w:pPr>
      <w:r>
        <w:rPr>
          <w:color w:val="777777"/>
          <w:sz w:val="18"/>
        </w:rPr>
        <w:t>______________________________________________________________________________</w:t>
      </w:r>
    </w:p>
    <w:p>
      <w:pPr>
        <w:keepNext/>
        <w:spacing w:after="20"/>
      </w:pPr>
      <w:r>
        <w:t>Local acceptance and copy delivery</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17</w:t>
      </w:r>
    </w:p>
    <w:p>
      <w:pPr>
        <w:pStyle w:val="Heading1"/>
      </w:pPr>
      <w:r>
        <w:t>Assembly Leadership Change or Affiliation Closure</w:t>
      </w:r>
    </w:p>
    <w:p>
      <w:pPr>
        <w:spacing w:after="160"/>
      </w:pPr>
      <w:r>
        <w:t>Address actual status, credentials, name use, property ownership, and continuing lawful commitments separately.</w:t>
      </w:r>
    </w:p>
    <w:p>
      <w:pPr>
        <w:keepNext/>
        <w:spacing w:after="20"/>
      </w:pPr>
      <w:r>
        <w:t>Assembly and agreement reference</w:t>
      </w:r>
    </w:p>
    <w:p>
      <w:pPr>
        <w:spacing w:after="120"/>
      </w:pPr>
      <w:r>
        <w:rPr>
          <w:color w:val="777777"/>
          <w:sz w:val="18"/>
        </w:rPr>
        <w:t>______________________________________________________________________________</w:t>
      </w:r>
    </w:p>
    <w:p>
      <w:pPr>
        <w:keepNext/>
        <w:spacing w:after="20"/>
      </w:pPr>
      <w:r>
        <w:t>Change proposed or withdrawal request</w:t>
      </w:r>
    </w:p>
    <w:p>
      <w:pPr>
        <w:spacing w:after="120"/>
      </w:pPr>
      <w:r>
        <w:rPr>
          <w:color w:val="777777"/>
          <w:sz w:val="18"/>
        </w:rPr>
        <w:t>______________________________________________________________________________</w:t>
      </w:r>
    </w:p>
    <w:p>
      <w:pPr>
        <w:keepNext/>
        <w:spacing w:after="20"/>
      </w:pPr>
      <w:r>
        <w:t>Notice and effective dates</w:t>
      </w:r>
    </w:p>
    <w:p>
      <w:pPr>
        <w:spacing w:after="120"/>
      </w:pPr>
      <w:r>
        <w:rPr>
          <w:color w:val="777777"/>
          <w:sz w:val="18"/>
        </w:rPr>
        <w:t>______________________________________________________________________________</w:t>
      </w:r>
    </w:p>
    <w:p>
      <w:pPr>
        <w:keepNext/>
        <w:spacing w:after="20"/>
      </w:pPr>
      <w:r>
        <w:t>Outgoing and incoming leader qualifications</w:t>
      </w:r>
    </w:p>
    <w:p>
      <w:pPr>
        <w:spacing w:after="120"/>
      </w:pPr>
      <w:r>
        <w:rPr>
          <w:color w:val="777777"/>
          <w:sz w:val="18"/>
        </w:rPr>
        <w:t>______________________________________________________________________________</w:t>
      </w:r>
    </w:p>
    <w:p>
      <w:pPr>
        <w:keepNext/>
        <w:spacing w:after="20"/>
      </w:pPr>
      <w:r>
        <w:t>Authorized decision and reason</w:t>
      </w:r>
    </w:p>
    <w:p>
      <w:pPr>
        <w:spacing w:after="120"/>
      </w:pPr>
      <w:r>
        <w:rPr>
          <w:color w:val="777777"/>
          <w:sz w:val="18"/>
        </w:rPr>
        <w:t>______________________________________________________________________________</w:t>
      </w:r>
    </w:p>
    <w:p>
      <w:pPr>
        <w:keepNext/>
        <w:spacing w:after="20"/>
      </w:pPr>
      <w:r>
        <w:t>TGBC name use and credential changes</w:t>
      </w:r>
    </w:p>
    <w:p>
      <w:pPr>
        <w:spacing w:after="120"/>
      </w:pPr>
      <w:r>
        <w:rPr>
          <w:color w:val="777777"/>
          <w:sz w:val="18"/>
        </w:rPr>
        <w:t>______________________________________________________________________________</w:t>
      </w:r>
    </w:p>
    <w:p>
      <w:pPr>
        <w:keepNext/>
        <w:spacing w:after="20"/>
      </w:pPr>
      <w:r>
        <w:t>Actual property records or return arrangements</w:t>
      </w:r>
    </w:p>
    <w:p>
      <w:pPr>
        <w:spacing w:after="120"/>
      </w:pPr>
      <w:r>
        <w:rPr>
          <w:color w:val="777777"/>
          <w:sz w:val="18"/>
        </w:rPr>
        <w:t>______________________________________________________________________________</w:t>
      </w:r>
    </w:p>
    <w:p>
      <w:pPr>
        <w:keepNext/>
        <w:spacing w:after="20"/>
      </w:pPr>
      <w:r>
        <w:t>Outstanding commitments and record custody</w:t>
      </w:r>
    </w:p>
    <w:p>
      <w:pPr>
        <w:spacing w:after="120"/>
      </w:pPr>
      <w:r>
        <w:rPr>
          <w:color w:val="777777"/>
          <w:sz w:val="18"/>
        </w:rPr>
        <w:t>______________________________________________________________________________</w:t>
      </w:r>
    </w:p>
    <w:p>
      <w:pPr>
        <w:keepNext/>
        <w:spacing w:after="20"/>
      </w:pPr>
      <w:r>
        <w:t>Approving signatures and notices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18</w:t>
      </w:r>
    </w:p>
    <w:p>
      <w:pPr>
        <w:pStyle w:val="Heading1"/>
      </w:pPr>
      <w:r>
        <w:t>Meeting Notice and Agenda</w:t>
      </w:r>
    </w:p>
    <w:p>
      <w:pPr>
        <w:spacing w:after="160"/>
      </w:pPr>
      <w:r>
        <w:t>Use seven days for ordinary Circle meetings, fourteen for extraordinary meetings, or the longer controlling amendment period.</w:t>
      </w:r>
    </w:p>
    <w:p>
      <w:pPr>
        <w:keepNext/>
        <w:spacing w:after="20"/>
      </w:pPr>
      <w:r>
        <w:t>Calling authority and body</w:t>
      </w:r>
    </w:p>
    <w:p>
      <w:pPr>
        <w:spacing w:after="120"/>
      </w:pPr>
      <w:r>
        <w:rPr>
          <w:color w:val="777777"/>
          <w:sz w:val="18"/>
        </w:rPr>
        <w:t>______________________________________________________________________________</w:t>
      </w:r>
    </w:p>
    <w:p>
      <w:pPr>
        <w:keepNext/>
        <w:spacing w:after="20"/>
      </w:pPr>
      <w:r>
        <w:t>Date time location or simultaneous remote method</w:t>
      </w:r>
    </w:p>
    <w:p>
      <w:pPr>
        <w:spacing w:after="120"/>
      </w:pPr>
      <w:r>
        <w:rPr>
          <w:color w:val="777777"/>
          <w:sz w:val="18"/>
        </w:rPr>
        <w:t>______________________________________________________________________________</w:t>
      </w:r>
    </w:p>
    <w:p>
      <w:pPr>
        <w:keepNext/>
        <w:spacing w:after="20"/>
      </w:pPr>
      <w:r>
        <w:t>Ordinary extraordinary or necessary emergency meeting</w:t>
      </w:r>
    </w:p>
    <w:p>
      <w:pPr>
        <w:spacing w:after="120"/>
      </w:pPr>
      <w:r>
        <w:rPr>
          <w:color w:val="777777"/>
          <w:sz w:val="18"/>
        </w:rPr>
        <w:t>______________________________________________________________________________</w:t>
      </w:r>
    </w:p>
    <w:p>
      <w:pPr>
        <w:keepNext/>
        <w:spacing w:after="20"/>
      </w:pPr>
      <w:r>
        <w:t>Notice recipients delivery dates and waivers</w:t>
      </w:r>
    </w:p>
    <w:p>
      <w:pPr>
        <w:spacing w:after="120"/>
      </w:pPr>
      <w:r>
        <w:rPr>
          <w:color w:val="777777"/>
          <w:sz w:val="18"/>
        </w:rPr>
        <w:t>______________________________________________________________________________</w:t>
      </w:r>
    </w:p>
    <w:p>
      <w:pPr>
        <w:keepNext/>
        <w:spacing w:after="20"/>
      </w:pPr>
      <w:r>
        <w:t>Agenda and proposed text attachments</w:t>
      </w:r>
    </w:p>
    <w:p>
      <w:pPr>
        <w:spacing w:after="120"/>
      </w:pPr>
      <w:r>
        <w:rPr>
          <w:color w:val="777777"/>
          <w:sz w:val="18"/>
        </w:rPr>
        <w:t>______________________________________________________________________________</w:t>
      </w:r>
    </w:p>
    <w:p>
      <w:pPr>
        <w:keepNext/>
        <w:spacing w:after="20"/>
      </w:pPr>
      <w:r>
        <w:t>Eligible voter roster reference</w:t>
      </w:r>
    </w:p>
    <w:p>
      <w:pPr>
        <w:spacing w:after="120"/>
      </w:pPr>
      <w:r>
        <w:rPr>
          <w:color w:val="777777"/>
          <w:sz w:val="18"/>
        </w:rPr>
        <w:t>______________________________________________________________________________</w:t>
      </w:r>
    </w:p>
    <w:p>
      <w:pPr>
        <w:keepNext/>
        <w:spacing w:after="20"/>
      </w:pPr>
      <w:r>
        <w:t>Required approval and founder concurrence</w:t>
      </w:r>
    </w:p>
    <w:p>
      <w:pPr>
        <w:spacing w:after="120"/>
      </w:pPr>
      <w:r>
        <w:rPr>
          <w:color w:val="777777"/>
          <w:sz w:val="18"/>
        </w:rPr>
        <w:t>______________________________________________________________________________</w:t>
      </w:r>
    </w:p>
    <w:p>
      <w:pPr>
        <w:keepNext/>
        <w:spacing w:after="20"/>
      </w:pPr>
      <w:r>
        <w:t>Contact and caller signature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19</w:t>
      </w:r>
    </w:p>
    <w:p>
      <w:pPr>
        <w:pStyle w:val="Heading1"/>
      </w:pPr>
      <w:r>
        <w:t>Attendance Quorum and Voting Eligibility Record</w:t>
      </w:r>
    </w:p>
    <w:p>
      <w:pPr>
        <w:spacing w:after="160"/>
      </w:pPr>
      <w:r>
        <w:t>A Circle roster contains bishops and elders only. A sole-member action must be stated truthfully.</w:t>
      </w:r>
    </w:p>
    <w:p>
      <w:pPr>
        <w:keepNext/>
        <w:spacing w:after="20"/>
      </w:pPr>
      <w:r>
        <w:t>Meeting or action date and subject</w:t>
      </w:r>
    </w:p>
    <w:p>
      <w:pPr>
        <w:spacing w:after="120"/>
      </w:pPr>
      <w:r>
        <w:rPr>
          <w:color w:val="777777"/>
          <w:sz w:val="18"/>
        </w:rPr>
        <w:t>______________________________________________________________________________</w:t>
      </w:r>
    </w:p>
    <w:p>
      <w:pPr>
        <w:keepNext/>
        <w:spacing w:after="20"/>
      </w:pPr>
      <w:r>
        <w:t>Body Circle or specially authorized assembly members</w:t>
      </w:r>
    </w:p>
    <w:p>
      <w:pPr>
        <w:spacing w:after="120"/>
      </w:pPr>
      <w:r>
        <w:rPr>
          <w:color w:val="777777"/>
          <w:sz w:val="18"/>
        </w:rPr>
        <w:t>______________________________________________________________________________</w:t>
      </w:r>
    </w:p>
    <w:p>
      <w:pPr>
        <w:keepNext/>
        <w:spacing w:after="20"/>
      </w:pPr>
      <w:r>
        <w:t>All eligible voter roster and number</w:t>
      </w:r>
    </w:p>
    <w:p>
      <w:pPr>
        <w:spacing w:after="120"/>
      </w:pPr>
      <w:r>
        <w:rPr>
          <w:color w:val="777777"/>
          <w:sz w:val="18"/>
        </w:rPr>
        <w:t>______________________________________________________________________________</w:t>
      </w:r>
    </w:p>
    <w:p>
      <w:pPr>
        <w:keepNext/>
        <w:spacing w:after="20"/>
      </w:pPr>
      <w:r>
        <w:t>Present identity and participation method</w:t>
      </w:r>
    </w:p>
    <w:p>
      <w:pPr>
        <w:spacing w:after="120"/>
      </w:pPr>
      <w:r>
        <w:rPr>
          <w:color w:val="777777"/>
          <w:sz w:val="18"/>
        </w:rPr>
        <w:t>______________________________________________________________________________</w:t>
      </w:r>
    </w:p>
    <w:p>
      <w:pPr>
        <w:keepNext/>
        <w:spacing w:after="20"/>
      </w:pPr>
      <w:r>
        <w:t>Conflicts suspensions and excluded voters</w:t>
      </w:r>
    </w:p>
    <w:p>
      <w:pPr>
        <w:spacing w:after="120"/>
      </w:pPr>
      <w:r>
        <w:rPr>
          <w:color w:val="777777"/>
          <w:sz w:val="18"/>
        </w:rPr>
        <w:t>______________________________________________________________________________</w:t>
      </w:r>
    </w:p>
    <w:p>
      <w:pPr>
        <w:keepNext/>
        <w:spacing w:after="20"/>
      </w:pPr>
      <w:r>
        <w:t>Quorum calculation and required threshold</w:t>
      </w:r>
    </w:p>
    <w:p>
      <w:pPr>
        <w:spacing w:after="120"/>
      </w:pPr>
      <w:r>
        <w:rPr>
          <w:color w:val="777777"/>
          <w:sz w:val="18"/>
        </w:rPr>
        <w:t>______________________________________________________________________________</w:t>
      </w:r>
    </w:p>
    <w:p>
      <w:pPr>
        <w:keepNext/>
        <w:spacing w:after="20"/>
      </w:pPr>
      <w:r>
        <w:t>Founder concurrence requirement</w:t>
      </w:r>
    </w:p>
    <w:p>
      <w:pPr>
        <w:spacing w:after="120"/>
      </w:pPr>
      <w:r>
        <w:rPr>
          <w:color w:val="777777"/>
          <w:sz w:val="18"/>
        </w:rPr>
        <w:t>______________________________________________________________________________</w:t>
      </w:r>
    </w:p>
    <w:p>
      <w:pPr>
        <w:keepNext/>
        <w:spacing w:after="20"/>
      </w:pPr>
      <w:r>
        <w:t>Recorder and chair signatures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20</w:t>
      </w:r>
    </w:p>
    <w:p>
      <w:pPr>
        <w:pStyle w:val="Heading1"/>
      </w:pPr>
      <w:r>
        <w:t>Meeting Minutes and Voting Record</w:t>
      </w:r>
    </w:p>
    <w:p>
      <w:pPr>
        <w:spacing w:after="160"/>
      </w:pPr>
      <w:r>
        <w:t>Record the precise motion and actual votes; a tie fails and proxy voting is not used.</w:t>
      </w:r>
    </w:p>
    <w:p>
      <w:pPr>
        <w:keepNext/>
        <w:spacing w:after="20"/>
      </w:pPr>
      <w:r>
        <w:t>Meeting date method and authority</w:t>
      </w:r>
    </w:p>
    <w:p>
      <w:pPr>
        <w:spacing w:after="120"/>
      </w:pPr>
      <w:r>
        <w:rPr>
          <w:color w:val="777777"/>
          <w:sz w:val="18"/>
        </w:rPr>
        <w:t>______________________________________________________________________________</w:t>
      </w:r>
    </w:p>
    <w:p>
      <w:pPr>
        <w:keepNext/>
        <w:spacing w:after="20"/>
      </w:pPr>
      <w:r>
        <w:t>Notice attendance and quorum record</w:t>
      </w:r>
    </w:p>
    <w:p>
      <w:pPr>
        <w:spacing w:after="120"/>
      </w:pPr>
      <w:r>
        <w:rPr>
          <w:color w:val="777777"/>
          <w:sz w:val="18"/>
        </w:rPr>
        <w:t>______________________________________________________________________________</w:t>
      </w:r>
    </w:p>
    <w:p>
      <w:pPr>
        <w:keepNext/>
        <w:spacing w:after="20"/>
      </w:pPr>
      <w:r>
        <w:t>Motion or exact attached resolution</w:t>
      </w:r>
    </w:p>
    <w:p>
      <w:pPr>
        <w:spacing w:after="120"/>
      </w:pPr>
      <w:r>
        <w:rPr>
          <w:color w:val="777777"/>
          <w:sz w:val="18"/>
        </w:rPr>
        <w:t>______________________________________________________________________________</w:t>
      </w:r>
    </w:p>
    <w:p>
      <w:pPr>
        <w:keepNext/>
        <w:spacing w:after="20"/>
      </w:pPr>
      <w:r>
        <w:t>Deliberation and relevant information</w:t>
      </w:r>
    </w:p>
    <w:p>
      <w:pPr>
        <w:spacing w:after="120"/>
      </w:pPr>
      <w:r>
        <w:rPr>
          <w:color w:val="777777"/>
          <w:sz w:val="18"/>
        </w:rPr>
        <w:t>______________________________________________________________________________</w:t>
      </w:r>
    </w:p>
    <w:p>
      <w:pPr>
        <w:keepNext/>
        <w:spacing w:after="20"/>
      </w:pPr>
      <w:r>
        <w:t>Votes for against abstaining and recusals</w:t>
      </w:r>
    </w:p>
    <w:p>
      <w:pPr>
        <w:spacing w:after="120"/>
      </w:pPr>
      <w:r>
        <w:rPr>
          <w:color w:val="777777"/>
          <w:sz w:val="18"/>
        </w:rPr>
        <w:t>______________________________________________________________________________</w:t>
      </w:r>
    </w:p>
    <w:p>
      <w:pPr>
        <w:keepNext/>
        <w:spacing w:after="20"/>
      </w:pPr>
      <w:r>
        <w:t>Required threshold and result</w:t>
      </w:r>
    </w:p>
    <w:p>
      <w:pPr>
        <w:spacing w:after="120"/>
      </w:pPr>
      <w:r>
        <w:rPr>
          <w:color w:val="777777"/>
          <w:sz w:val="18"/>
        </w:rPr>
        <w:t>______________________________________________________________________________</w:t>
      </w:r>
    </w:p>
    <w:p>
      <w:pPr>
        <w:keepNext/>
        <w:spacing w:after="20"/>
      </w:pPr>
      <w:r>
        <w:t>Founder concurrence where required</w:t>
      </w:r>
    </w:p>
    <w:p>
      <w:pPr>
        <w:spacing w:after="120"/>
      </w:pPr>
      <w:r>
        <w:rPr>
          <w:color w:val="777777"/>
          <w:sz w:val="18"/>
        </w:rPr>
        <w:t>______________________________________________________________________________</w:t>
      </w:r>
    </w:p>
    <w:p>
      <w:pPr>
        <w:keepNext/>
        <w:spacing w:after="20"/>
      </w:pPr>
      <w:r>
        <w:t>Effective date and assigned follow up</w:t>
      </w:r>
    </w:p>
    <w:p>
      <w:pPr>
        <w:spacing w:after="120"/>
      </w:pPr>
      <w:r>
        <w:rPr>
          <w:color w:val="777777"/>
          <w:sz w:val="18"/>
        </w:rPr>
        <w:t>______________________________________________________________________________</w:t>
      </w:r>
    </w:p>
    <w:p>
      <w:pPr>
        <w:keepNext/>
        <w:spacing w:after="20"/>
      </w:pPr>
      <w:r>
        <w:t>Chair and custodian signatures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21</w:t>
      </w:r>
    </w:p>
    <w:p>
      <w:pPr>
        <w:pStyle w:val="Heading1"/>
      </w:pPr>
      <w:r>
        <w:t>Administrative Delegation and Ministry Assignment</w:t>
      </w:r>
    </w:p>
    <w:p>
      <w:pPr>
        <w:spacing w:after="160"/>
      </w:pPr>
      <w:r>
        <w:t>A deacon or other administrative delegate receives no Circle seat or bishop oversight through this form.</w:t>
      </w:r>
    </w:p>
    <w:p>
      <w:pPr>
        <w:keepNext/>
        <w:spacing w:after="20"/>
      </w:pPr>
      <w:r>
        <w:t>Delegating authority and provision</w:t>
      </w:r>
    </w:p>
    <w:p>
      <w:pPr>
        <w:spacing w:after="120"/>
      </w:pPr>
      <w:r>
        <w:rPr>
          <w:color w:val="777777"/>
          <w:sz w:val="18"/>
        </w:rPr>
        <w:t>______________________________________________________________________________</w:t>
      </w:r>
    </w:p>
    <w:p>
      <w:pPr>
        <w:keepNext/>
        <w:spacing w:after="20"/>
      </w:pPr>
      <w:r>
        <w:t>Recipient name and current role</w:t>
      </w:r>
    </w:p>
    <w:p>
      <w:pPr>
        <w:spacing w:after="120"/>
      </w:pPr>
      <w:r>
        <w:rPr>
          <w:color w:val="777777"/>
          <w:sz w:val="18"/>
        </w:rPr>
        <w:t>______________________________________________________________________________</w:t>
      </w:r>
    </w:p>
    <w:p>
      <w:pPr>
        <w:keepNext/>
        <w:spacing w:after="20"/>
      </w:pPr>
      <w:r>
        <w:t>Tasks authorized and supervisor</w:t>
      </w:r>
    </w:p>
    <w:p>
      <w:pPr>
        <w:spacing w:after="120"/>
      </w:pPr>
      <w:r>
        <w:rPr>
          <w:color w:val="777777"/>
          <w:sz w:val="18"/>
        </w:rPr>
        <w:t>______________________________________________________________________________</w:t>
      </w:r>
    </w:p>
    <w:p>
      <w:pPr>
        <w:keepNext/>
        <w:spacing w:after="20"/>
      </w:pPr>
      <w:r>
        <w:t>Financial signing access and other limits</w:t>
      </w:r>
    </w:p>
    <w:p>
      <w:pPr>
        <w:spacing w:after="120"/>
      </w:pPr>
      <w:r>
        <w:rPr>
          <w:color w:val="777777"/>
          <w:sz w:val="18"/>
        </w:rPr>
        <w:t>______________________________________________________________________________</w:t>
      </w:r>
    </w:p>
    <w:p>
      <w:pPr>
        <w:keepNext/>
        <w:spacing w:after="20"/>
      </w:pPr>
      <w:r>
        <w:t>Start end and review dates</w:t>
      </w:r>
    </w:p>
    <w:p>
      <w:pPr>
        <w:spacing w:after="120"/>
      </w:pPr>
      <w:r>
        <w:rPr>
          <w:color w:val="777777"/>
          <w:sz w:val="18"/>
        </w:rPr>
        <w:t>______________________________________________________________________________</w:t>
      </w:r>
    </w:p>
    <w:p>
      <w:pPr>
        <w:keepNext/>
        <w:spacing w:after="20"/>
      </w:pPr>
      <w:r>
        <w:t>Reporting and revocation method</w:t>
      </w:r>
    </w:p>
    <w:p>
      <w:pPr>
        <w:spacing w:after="120"/>
      </w:pPr>
      <w:r>
        <w:rPr>
          <w:color w:val="777777"/>
          <w:sz w:val="18"/>
        </w:rPr>
        <w:t>______________________________________________________________________________</w:t>
      </w:r>
    </w:p>
    <w:p>
      <w:pPr>
        <w:keepNext/>
        <w:spacing w:after="20"/>
      </w:pPr>
      <w:r>
        <w:t>Policies and training required</w:t>
      </w:r>
    </w:p>
    <w:p>
      <w:pPr>
        <w:spacing w:after="120"/>
      </w:pPr>
      <w:r>
        <w:rPr>
          <w:color w:val="777777"/>
          <w:sz w:val="18"/>
        </w:rPr>
        <w:t>______________________________________________________________________________</w:t>
      </w:r>
    </w:p>
    <w:p>
      <w:pPr>
        <w:keepNext/>
        <w:spacing w:after="20"/>
      </w:pPr>
      <w:r>
        <w:t>Recipient acceptance</w:t>
      </w:r>
    </w:p>
    <w:p>
      <w:pPr>
        <w:spacing w:after="120"/>
      </w:pPr>
      <w:r>
        <w:rPr>
          <w:color w:val="777777"/>
          <w:sz w:val="18"/>
        </w:rPr>
        <w:t>______________________________________________________________________________</w:t>
      </w:r>
    </w:p>
    <w:p>
      <w:pPr>
        <w:keepNext/>
        <w:spacing w:after="20"/>
      </w:pPr>
      <w:r>
        <w:t>Approving signature and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22</w:t>
      </w:r>
    </w:p>
    <w:p>
      <w:pPr>
        <w:pStyle w:val="Heading1"/>
      </w:pPr>
      <w:r>
        <w:t>Succession Selection Certification</w:t>
      </w:r>
    </w:p>
    <w:p>
      <w:pPr>
        <w:spacing w:after="160"/>
      </w:pPr>
      <w:r>
        <w:t>Use only after the actual authorized selection. Temporary incapacity does not create a successor Founding Bishop.</w:t>
      </w:r>
    </w:p>
    <w:p>
      <w:pPr>
        <w:keepNext/>
        <w:spacing w:after="20"/>
      </w:pPr>
      <w:r>
        <w:t>Trigger death or later Overseeing Bishop vacancy</w:t>
      </w:r>
    </w:p>
    <w:p>
      <w:pPr>
        <w:spacing w:after="120"/>
      </w:pPr>
      <w:r>
        <w:rPr>
          <w:color w:val="777777"/>
          <w:sz w:val="18"/>
        </w:rPr>
        <w:t>______________________________________________________________________________</w:t>
      </w:r>
    </w:p>
    <w:p>
      <w:pPr>
        <w:keepNext/>
        <w:spacing w:after="20"/>
      </w:pPr>
      <w:r>
        <w:t>Existing Circle or emergency reconstitution reference</w:t>
      </w:r>
    </w:p>
    <w:p>
      <w:pPr>
        <w:spacing w:after="120"/>
      </w:pPr>
      <w:r>
        <w:rPr>
          <w:color w:val="777777"/>
          <w:sz w:val="18"/>
        </w:rPr>
        <w:t>______________________________________________________________________________</w:t>
      </w:r>
    </w:p>
    <w:p>
      <w:pPr>
        <w:keepNext/>
        <w:spacing w:after="20"/>
      </w:pPr>
      <w:r>
        <w:t>Candidate qualification and examinations</w:t>
      </w:r>
    </w:p>
    <w:p>
      <w:pPr>
        <w:spacing w:after="120"/>
      </w:pPr>
      <w:r>
        <w:rPr>
          <w:color w:val="777777"/>
          <w:sz w:val="18"/>
        </w:rPr>
        <w:t>______________________________________________________________________________</w:t>
      </w:r>
    </w:p>
    <w:p>
      <w:pPr>
        <w:keepNext/>
        <w:spacing w:after="20"/>
      </w:pPr>
      <w:r>
        <w:t>Notice quorum and eligible voter roster</w:t>
      </w:r>
    </w:p>
    <w:p>
      <w:pPr>
        <w:spacing w:after="120"/>
      </w:pPr>
      <w:r>
        <w:rPr>
          <w:color w:val="777777"/>
          <w:sz w:val="18"/>
        </w:rPr>
        <w:t>______________________________________________________________________________</w:t>
      </w:r>
    </w:p>
    <w:p>
      <w:pPr>
        <w:keepNext/>
        <w:spacing w:after="20"/>
      </w:pPr>
      <w:r>
        <w:t>Actual votes and required two thirds threshold</w:t>
      </w:r>
    </w:p>
    <w:p>
      <w:pPr>
        <w:spacing w:after="120"/>
      </w:pPr>
      <w:r>
        <w:rPr>
          <w:color w:val="777777"/>
          <w:sz w:val="18"/>
        </w:rPr>
        <w:t>______________________________________________________________________________</w:t>
      </w:r>
    </w:p>
    <w:p>
      <w:pPr>
        <w:keepNext/>
        <w:spacing w:after="20"/>
      </w:pPr>
      <w:r>
        <w:t>Candidate selected as Overseeing Bishop</w:t>
      </w:r>
    </w:p>
    <w:p>
      <w:pPr>
        <w:spacing w:after="120"/>
      </w:pPr>
      <w:r>
        <w:rPr>
          <w:color w:val="777777"/>
          <w:sz w:val="18"/>
        </w:rPr>
        <w:t>______________________________________________________________________________</w:t>
      </w:r>
    </w:p>
    <w:p>
      <w:pPr>
        <w:keepNext/>
        <w:spacing w:after="20"/>
      </w:pPr>
      <w:r>
        <w:t>Acceptance and effective date</w:t>
      </w:r>
    </w:p>
    <w:p>
      <w:pPr>
        <w:spacing w:after="120"/>
      </w:pPr>
      <w:r>
        <w:rPr>
          <w:color w:val="777777"/>
          <w:sz w:val="18"/>
        </w:rPr>
        <w:t>______________________________________________________________________________</w:t>
      </w:r>
    </w:p>
    <w:p>
      <w:pPr>
        <w:keepNext/>
        <w:spacing w:after="20"/>
      </w:pPr>
      <w:r>
        <w:t>Circle admission record and credential reference</w:t>
      </w:r>
    </w:p>
    <w:p>
      <w:pPr>
        <w:spacing w:after="120"/>
      </w:pPr>
      <w:r>
        <w:rPr>
          <w:color w:val="777777"/>
          <w:sz w:val="18"/>
        </w:rPr>
        <w:t>______________________________________________________________________________</w:t>
      </w:r>
    </w:p>
    <w:p>
      <w:pPr>
        <w:keepNext/>
        <w:spacing w:after="20"/>
      </w:pPr>
      <w:r>
        <w:t>Chair custodian and candidate signatures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23</w:t>
      </w:r>
    </w:p>
    <w:p>
      <w:pPr>
        <w:pStyle w:val="Heading1"/>
      </w:pPr>
      <w:r>
        <w:t>Conditional Banking and Account Authority Resolution</w:t>
      </w:r>
    </w:p>
    <w:p>
      <w:pPr>
        <w:spacing w:after="160"/>
      </w:pPr>
      <w:r>
        <w:t>Use only after separately authorizing an actual organizational account. This blank form opens no account and requests no EIN.</w:t>
      </w:r>
    </w:p>
    <w:p>
      <w:pPr>
        <w:keepNext/>
        <w:spacing w:after="20"/>
      </w:pPr>
      <w:r>
        <w:t>Actual organization and identifier if legitimately issued</w:t>
      </w:r>
    </w:p>
    <w:p>
      <w:pPr>
        <w:spacing w:after="120"/>
      </w:pPr>
      <w:r>
        <w:rPr>
          <w:color w:val="777777"/>
          <w:sz w:val="18"/>
        </w:rPr>
        <w:t>______________________________________________________________________________</w:t>
      </w:r>
    </w:p>
    <w:p>
      <w:pPr>
        <w:keepNext/>
        <w:spacing w:after="20"/>
      </w:pPr>
      <w:r>
        <w:t>Need for account and separate extraordinary approval</w:t>
      </w:r>
    </w:p>
    <w:p>
      <w:pPr>
        <w:spacing w:after="120"/>
      </w:pPr>
      <w:r>
        <w:rPr>
          <w:color w:val="777777"/>
          <w:sz w:val="18"/>
        </w:rPr>
        <w:t>______________________________________________________________________________</w:t>
      </w:r>
    </w:p>
    <w:p>
      <w:pPr>
        <w:keepNext/>
        <w:spacing w:after="20"/>
      </w:pPr>
      <w:r>
        <w:t>Institution and account type</w:t>
      </w:r>
    </w:p>
    <w:p>
      <w:pPr>
        <w:spacing w:after="120"/>
      </w:pPr>
      <w:r>
        <w:rPr>
          <w:color w:val="777777"/>
          <w:sz w:val="18"/>
        </w:rPr>
        <w:t>______________________________________________________________________________</w:t>
      </w:r>
    </w:p>
    <w:p>
      <w:pPr>
        <w:keepNext/>
        <w:spacing w:after="20"/>
      </w:pPr>
      <w:r>
        <w:t>Authorized signers and access limits</w:t>
      </w:r>
    </w:p>
    <w:p>
      <w:pPr>
        <w:spacing w:after="120"/>
      </w:pPr>
      <w:r>
        <w:rPr>
          <w:color w:val="777777"/>
          <w:sz w:val="18"/>
        </w:rPr>
        <w:t>______________________________________________________________________________</w:t>
      </w:r>
    </w:p>
    <w:p>
      <w:pPr>
        <w:keepNext/>
        <w:spacing w:after="20"/>
      </w:pPr>
      <w:r>
        <w:t>Independent transaction review arrangement</w:t>
      </w:r>
    </w:p>
    <w:p>
      <w:pPr>
        <w:spacing w:after="120"/>
      </w:pPr>
      <w:r>
        <w:rPr>
          <w:color w:val="777777"/>
          <w:sz w:val="18"/>
        </w:rPr>
        <w:t>______________________________________________________________________________</w:t>
      </w:r>
    </w:p>
    <w:p>
      <w:pPr>
        <w:keepNext/>
        <w:spacing w:after="20"/>
      </w:pPr>
      <w:r>
        <w:t>Ledger reconciliation and continuity arrangements</w:t>
      </w:r>
    </w:p>
    <w:p>
      <w:pPr>
        <w:spacing w:after="120"/>
      </w:pPr>
      <w:r>
        <w:rPr>
          <w:color w:val="777777"/>
          <w:sz w:val="18"/>
        </w:rPr>
        <w:t>______________________________________________________________________________</w:t>
      </w:r>
    </w:p>
    <w:p>
      <w:pPr>
        <w:keepNext/>
        <w:spacing w:after="20"/>
      </w:pPr>
      <w:r>
        <w:t>Effective date and authority</w:t>
      </w:r>
    </w:p>
    <w:p>
      <w:pPr>
        <w:spacing w:after="120"/>
      </w:pPr>
      <w:r>
        <w:rPr>
          <w:color w:val="777777"/>
          <w:sz w:val="18"/>
        </w:rPr>
        <w:t>______________________________________________________________________________</w:t>
      </w:r>
    </w:p>
    <w:p>
      <w:pPr>
        <w:keepNext/>
        <w:spacing w:after="20"/>
      </w:pPr>
      <w:r>
        <w:t>Approving signatures and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24</w:t>
      </w:r>
    </w:p>
    <w:p>
      <w:pPr>
        <w:pStyle w:val="Heading1"/>
      </w:pPr>
      <w:r>
        <w:t>Contribution Acknowledgment</w:t>
      </w:r>
    </w:p>
    <w:p>
      <w:pPr>
        <w:spacing w:after="160"/>
      </w:pPr>
      <w:r>
        <w:t>Use only for an actual contribution under an authorized program; do not promise unsupported deductibility or value noncash property.</w:t>
      </w:r>
    </w:p>
    <w:p>
      <w:pPr>
        <w:spacing w:after="160"/>
      </w:pPr>
      <w:r>
        <w:t>Complete the appropriate goods or services statement from actual facts. If none were provided, state that fact. If only intangible religious benefits were provided, identify that treatment accurately under current requirements.</w:t>
      </w:r>
    </w:p>
    <w:p>
      <w:pPr>
        <w:keepNext/>
        <w:spacing w:after="20"/>
      </w:pPr>
      <w:r>
        <w:t>Organization and issue date</w:t>
      </w:r>
    </w:p>
    <w:p>
      <w:pPr>
        <w:spacing w:after="120"/>
      </w:pPr>
      <w:r>
        <w:rPr>
          <w:color w:val="777777"/>
          <w:sz w:val="18"/>
        </w:rPr>
        <w:t>______________________________________________________________________________</w:t>
      </w:r>
    </w:p>
    <w:p>
      <w:pPr>
        <w:keepNext/>
        <w:spacing w:after="20"/>
      </w:pPr>
      <w:r>
        <w:t>Contributor and contribution date</w:t>
      </w:r>
    </w:p>
    <w:p>
      <w:pPr>
        <w:spacing w:after="120"/>
      </w:pPr>
      <w:r>
        <w:rPr>
          <w:color w:val="777777"/>
          <w:sz w:val="18"/>
        </w:rPr>
        <w:t>______________________________________________________________________________</w:t>
      </w:r>
    </w:p>
    <w:p>
      <w:pPr>
        <w:keepNext/>
        <w:spacing w:after="20"/>
      </w:pPr>
      <w:r>
        <w:t>Cash amount or noncash description without valuation</w:t>
      </w:r>
    </w:p>
    <w:p>
      <w:pPr>
        <w:spacing w:after="120"/>
      </w:pPr>
      <w:r>
        <w:rPr>
          <w:color w:val="777777"/>
          <w:sz w:val="18"/>
        </w:rPr>
        <w:t>______________________________________________________________________________</w:t>
      </w:r>
    </w:p>
    <w:p>
      <w:pPr>
        <w:keepNext/>
        <w:spacing w:after="20"/>
      </w:pPr>
      <w:r>
        <w:t>Accepted restriction if any</w:t>
      </w:r>
    </w:p>
    <w:p>
      <w:pPr>
        <w:spacing w:after="120"/>
      </w:pPr>
      <w:r>
        <w:rPr>
          <w:color w:val="777777"/>
          <w:sz w:val="18"/>
        </w:rPr>
        <w:t>______________________________________________________________________________</w:t>
      </w:r>
    </w:p>
    <w:p>
      <w:pPr>
        <w:keepNext/>
        <w:spacing w:after="20"/>
      </w:pPr>
      <w:r>
        <w:t>Goods or services provided and actual description</w:t>
      </w:r>
    </w:p>
    <w:p>
      <w:pPr>
        <w:spacing w:after="120"/>
      </w:pPr>
      <w:r>
        <w:rPr>
          <w:color w:val="777777"/>
          <w:sz w:val="18"/>
        </w:rPr>
        <w:t>______________________________________________________________________________</w:t>
      </w:r>
    </w:p>
    <w:p>
      <w:pPr>
        <w:keepNext/>
        <w:spacing w:after="20"/>
      </w:pPr>
      <w:r>
        <w:t>Applicable acknowledgment wording after review</w:t>
      </w:r>
    </w:p>
    <w:p>
      <w:pPr>
        <w:spacing w:after="120"/>
      </w:pPr>
      <w:r>
        <w:rPr>
          <w:color w:val="777777"/>
          <w:sz w:val="18"/>
        </w:rPr>
        <w:t>______________________________________________________________________________</w:t>
      </w:r>
    </w:p>
    <w:p>
      <w:pPr>
        <w:keepNext/>
        <w:spacing w:after="20"/>
      </w:pPr>
      <w:r>
        <w:t>Authorized issuer signature</w:t>
      </w:r>
    </w:p>
    <w:p>
      <w:pPr>
        <w:spacing w:after="120"/>
      </w:pPr>
      <w:r>
        <w:rPr>
          <w:color w:val="777777"/>
          <w:sz w:val="18"/>
        </w:rPr>
        <w:t>______________________________________________________________________________</w:t>
      </w:r>
    </w:p>
    <w:p>
      <w:pPr>
        <w:keepNext/>
        <w:spacing w:after="20"/>
      </w:pPr>
      <w:r>
        <w:t>Receipt and transaction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25</w:t>
      </w:r>
    </w:p>
    <w:p>
      <w:pPr>
        <w:pStyle w:val="Heading1"/>
      </w:pPr>
      <w:r>
        <w:t>Cash Count and Deposit Record</w:t>
      </w:r>
    </w:p>
    <w:p>
      <w:pPr>
        <w:spacing w:after="160"/>
      </w:pPr>
      <w:r>
        <w:t>For actual organizational receipts only. Keep funds distinct from personal money.</w:t>
      </w:r>
    </w:p>
    <w:p>
      <w:pPr>
        <w:keepNext/>
        <w:spacing w:after="20"/>
      </w:pPr>
      <w:r>
        <w:t>Receipt date source and purpose</w:t>
      </w:r>
    </w:p>
    <w:p>
      <w:pPr>
        <w:spacing w:after="120"/>
      </w:pPr>
      <w:r>
        <w:rPr>
          <w:color w:val="777777"/>
          <w:sz w:val="18"/>
        </w:rPr>
        <w:t>______________________________________________________________________________</w:t>
      </w:r>
    </w:p>
    <w:p>
      <w:pPr>
        <w:keepNext/>
        <w:spacing w:after="20"/>
      </w:pPr>
      <w:r>
        <w:t>Currency checks and other amounts</w:t>
      </w:r>
    </w:p>
    <w:p>
      <w:pPr>
        <w:spacing w:after="120"/>
      </w:pPr>
      <w:r>
        <w:rPr>
          <w:color w:val="777777"/>
          <w:sz w:val="18"/>
        </w:rPr>
        <w:t>______________________________________________________________________________</w:t>
      </w:r>
    </w:p>
    <w:p>
      <w:pPr>
        <w:keepNext/>
        <w:spacing w:after="20"/>
      </w:pPr>
      <w:r>
        <w:t>Total and restricted amounts</w:t>
      </w:r>
    </w:p>
    <w:p>
      <w:pPr>
        <w:spacing w:after="120"/>
      </w:pPr>
      <w:r>
        <w:rPr>
          <w:color w:val="777777"/>
          <w:sz w:val="18"/>
        </w:rPr>
        <w:t>______________________________________________________________________________</w:t>
      </w:r>
    </w:p>
    <w:p>
      <w:pPr>
        <w:keepNext/>
        <w:spacing w:after="20"/>
      </w:pPr>
      <w:r>
        <w:t>Counters names and signatures</w:t>
      </w:r>
    </w:p>
    <w:p>
      <w:pPr>
        <w:spacing w:after="120"/>
      </w:pPr>
      <w:r>
        <w:rPr>
          <w:color w:val="777777"/>
          <w:sz w:val="18"/>
        </w:rPr>
        <w:t>______________________________________________________________________________</w:t>
      </w:r>
    </w:p>
    <w:p>
      <w:pPr>
        <w:keepNext/>
        <w:spacing w:after="20"/>
      </w:pPr>
      <w:r>
        <w:t>Approved destination or temporary custody</w:t>
      </w:r>
    </w:p>
    <w:p>
      <w:pPr>
        <w:spacing w:after="120"/>
      </w:pPr>
      <w:r>
        <w:rPr>
          <w:color w:val="777777"/>
          <w:sz w:val="18"/>
        </w:rPr>
        <w:t>______________________________________________________________________________</w:t>
      </w:r>
    </w:p>
    <w:p>
      <w:pPr>
        <w:keepNext/>
        <w:spacing w:after="20"/>
      </w:pPr>
      <w:r>
        <w:t>Deposit or transfer date and reference</w:t>
      </w:r>
    </w:p>
    <w:p>
      <w:pPr>
        <w:spacing w:after="120"/>
      </w:pPr>
      <w:r>
        <w:rPr>
          <w:color w:val="777777"/>
          <w:sz w:val="18"/>
        </w:rPr>
        <w:t>______________________________________________________________________________</w:t>
      </w:r>
    </w:p>
    <w:p>
      <w:pPr>
        <w:keepNext/>
        <w:spacing w:after="20"/>
      </w:pPr>
      <w:r>
        <w:t>Discrepancies and resolution</w:t>
      </w:r>
    </w:p>
    <w:p>
      <w:pPr>
        <w:spacing w:after="120"/>
      </w:pPr>
      <w:r>
        <w:rPr>
          <w:color w:val="777777"/>
          <w:sz w:val="18"/>
        </w:rPr>
        <w:t>______________________________________________________________________________</w:t>
      </w:r>
    </w:p>
    <w:p>
      <w:pPr>
        <w:keepNext/>
        <w:spacing w:after="20"/>
      </w:pPr>
      <w:r>
        <w:t>Independent check and ledger entry</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26</w:t>
      </w:r>
    </w:p>
    <w:p>
      <w:pPr>
        <w:pStyle w:val="Heading1"/>
      </w:pPr>
      <w:r>
        <w:t>Payment and Expense Reimbursement Request</w:t>
      </w:r>
    </w:p>
    <w:p>
      <w:pPr>
        <w:spacing w:after="160"/>
      </w:pPr>
      <w:r>
        <w:t>Attach evidence of the actual ministry portion. The requester cannot approve his own payment alone.</w:t>
      </w:r>
    </w:p>
    <w:p>
      <w:pPr>
        <w:keepNext/>
        <w:spacing w:after="20"/>
      </w:pPr>
      <w:r>
        <w:t>Requester payee date and amount</w:t>
      </w:r>
    </w:p>
    <w:p>
      <w:pPr>
        <w:spacing w:after="120"/>
      </w:pPr>
      <w:r>
        <w:rPr>
          <w:color w:val="777777"/>
          <w:sz w:val="18"/>
        </w:rPr>
        <w:t>______________________________________________________________________________</w:t>
      </w:r>
    </w:p>
    <w:p>
      <w:pPr>
        <w:keepNext/>
        <w:spacing w:after="20"/>
      </w:pPr>
      <w:r>
        <w:t>Ministry purpose and prior authorization</w:t>
      </w:r>
    </w:p>
    <w:p>
      <w:pPr>
        <w:spacing w:after="120"/>
      </w:pPr>
      <w:r>
        <w:rPr>
          <w:color w:val="777777"/>
          <w:sz w:val="18"/>
        </w:rPr>
        <w:t>______________________________________________________________________________</w:t>
      </w:r>
    </w:p>
    <w:p>
      <w:pPr>
        <w:keepNext/>
        <w:spacing w:after="20"/>
      </w:pPr>
      <w:r>
        <w:t>Itemized expenses and receipts</w:t>
      </w:r>
    </w:p>
    <w:p>
      <w:pPr>
        <w:spacing w:after="120"/>
      </w:pPr>
      <w:r>
        <w:rPr>
          <w:color w:val="777777"/>
          <w:sz w:val="18"/>
        </w:rPr>
        <w:t>______________________________________________________________________________</w:t>
      </w:r>
    </w:p>
    <w:p>
      <w:pPr>
        <w:keepNext/>
        <w:spacing w:after="20"/>
      </w:pPr>
      <w:r>
        <w:t>Mixed personal portion excluded</w:t>
      </w:r>
    </w:p>
    <w:p>
      <w:pPr>
        <w:spacing w:after="120"/>
      </w:pPr>
      <w:r>
        <w:rPr>
          <w:color w:val="777777"/>
          <w:sz w:val="18"/>
        </w:rPr>
        <w:t>______________________________________________________________________________</w:t>
      </w:r>
    </w:p>
    <w:p>
      <w:pPr>
        <w:keepNext/>
        <w:spacing w:after="20"/>
      </w:pPr>
      <w:r>
        <w:t>Missing evidence explanation</w:t>
      </w:r>
    </w:p>
    <w:p>
      <w:pPr>
        <w:spacing w:after="120"/>
      </w:pPr>
      <w:r>
        <w:rPr>
          <w:color w:val="777777"/>
          <w:sz w:val="18"/>
        </w:rPr>
        <w:t>______________________________________________________________________________</w:t>
      </w:r>
    </w:p>
    <w:p>
      <w:pPr>
        <w:keepNext/>
        <w:spacing w:after="20"/>
      </w:pPr>
      <w:r>
        <w:t>Conflict disclosure and independent reviewer</w:t>
      </w:r>
    </w:p>
    <w:p>
      <w:pPr>
        <w:spacing w:after="120"/>
      </w:pPr>
      <w:r>
        <w:rPr>
          <w:color w:val="777777"/>
          <w:sz w:val="18"/>
        </w:rPr>
        <w:t>______________________________________________________________________________</w:t>
      </w:r>
    </w:p>
    <w:p>
      <w:pPr>
        <w:keepNext/>
        <w:spacing w:after="20"/>
      </w:pPr>
      <w:r>
        <w:t>Requester certification signature</w:t>
      </w:r>
    </w:p>
    <w:p>
      <w:pPr>
        <w:spacing w:after="120"/>
      </w:pPr>
      <w:r>
        <w:rPr>
          <w:color w:val="777777"/>
          <w:sz w:val="18"/>
        </w:rPr>
        <w:t>______________________________________________________________________________</w:t>
      </w:r>
    </w:p>
    <w:p>
      <w:pPr>
        <w:keepNext/>
        <w:spacing w:after="20"/>
      </w:pPr>
      <w:r>
        <w:t>Independent approval signature and limit</w:t>
      </w:r>
    </w:p>
    <w:p>
      <w:pPr>
        <w:spacing w:after="120"/>
      </w:pPr>
      <w:r>
        <w:rPr>
          <w:color w:val="777777"/>
          <w:sz w:val="18"/>
        </w:rPr>
        <w:t>______________________________________________________________________________</w:t>
      </w:r>
    </w:p>
    <w:p>
      <w:pPr>
        <w:keepNext/>
        <w:spacing w:after="20"/>
      </w:pPr>
      <w:r>
        <w:t>Payment method date and ledger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27</w:t>
      </w:r>
    </w:p>
    <w:p>
      <w:pPr>
        <w:pStyle w:val="Heading1"/>
      </w:pPr>
      <w:r>
        <w:t>Budget Purchase or Contract Authorization</w:t>
      </w:r>
    </w:p>
    <w:p>
      <w:pPr>
        <w:spacing w:after="160"/>
      </w:pPr>
      <w:r>
        <w:t>Identify the actual party to be bound and express signing authority before commitment.</w:t>
      </w:r>
    </w:p>
    <w:p>
      <w:pPr>
        <w:keepNext/>
        <w:spacing w:after="20"/>
      </w:pPr>
      <w:r>
        <w:t>Requester and proposed vendor</w:t>
      </w:r>
    </w:p>
    <w:p>
      <w:pPr>
        <w:spacing w:after="120"/>
      </w:pPr>
      <w:r>
        <w:rPr>
          <w:color w:val="777777"/>
          <w:sz w:val="18"/>
        </w:rPr>
        <w:t>______________________________________________________________________________</w:t>
      </w:r>
    </w:p>
    <w:p>
      <w:pPr>
        <w:keepNext/>
        <w:spacing w:after="20"/>
      </w:pPr>
      <w:r>
        <w:t>Purpose budget reference and alternatives</w:t>
      </w:r>
    </w:p>
    <w:p>
      <w:pPr>
        <w:spacing w:after="120"/>
      </w:pPr>
      <w:r>
        <w:rPr>
          <w:color w:val="777777"/>
          <w:sz w:val="18"/>
        </w:rPr>
        <w:t>______________________________________________________________________________</w:t>
      </w:r>
    </w:p>
    <w:p>
      <w:pPr>
        <w:keepNext/>
        <w:spacing w:after="20"/>
      </w:pPr>
      <w:r>
        <w:t>Amount term and ongoing commitments</w:t>
      </w:r>
    </w:p>
    <w:p>
      <w:pPr>
        <w:spacing w:after="120"/>
      </w:pPr>
      <w:r>
        <w:rPr>
          <w:color w:val="777777"/>
          <w:sz w:val="18"/>
        </w:rPr>
        <w:t>______________________________________________________________________________</w:t>
      </w:r>
    </w:p>
    <w:p>
      <w:pPr>
        <w:keepNext/>
        <w:spacing w:after="20"/>
      </w:pPr>
      <w:r>
        <w:t>Actual contract party and responsible signer</w:t>
      </w:r>
    </w:p>
    <w:p>
      <w:pPr>
        <w:spacing w:after="120"/>
      </w:pPr>
      <w:r>
        <w:rPr>
          <w:color w:val="777777"/>
          <w:sz w:val="18"/>
        </w:rPr>
        <w:t>______________________________________________________________________________</w:t>
      </w:r>
    </w:p>
    <w:p>
      <w:pPr>
        <w:keepNext/>
        <w:spacing w:after="20"/>
      </w:pPr>
      <w:r>
        <w:t>Property or employment obligations if applicable</w:t>
      </w:r>
    </w:p>
    <w:p>
      <w:pPr>
        <w:spacing w:after="120"/>
      </w:pPr>
      <w:r>
        <w:rPr>
          <w:color w:val="777777"/>
          <w:sz w:val="18"/>
        </w:rPr>
        <w:t>______________________________________________________________________________</w:t>
      </w:r>
    </w:p>
    <w:p>
      <w:pPr>
        <w:keepNext/>
        <w:spacing w:after="20"/>
      </w:pPr>
      <w:r>
        <w:t>Conflicts and independent review</w:t>
      </w:r>
    </w:p>
    <w:p>
      <w:pPr>
        <w:spacing w:after="120"/>
      </w:pPr>
      <w:r>
        <w:rPr>
          <w:color w:val="777777"/>
          <w:sz w:val="18"/>
        </w:rPr>
        <w:t>______________________________________________________________________________</w:t>
      </w:r>
    </w:p>
    <w:p>
      <w:pPr>
        <w:keepNext/>
        <w:spacing w:after="20"/>
      </w:pPr>
      <w:r>
        <w:t>Extraordinary approval reference if required</w:t>
      </w:r>
    </w:p>
    <w:p>
      <w:pPr>
        <w:spacing w:after="120"/>
      </w:pPr>
      <w:r>
        <w:rPr>
          <w:color w:val="777777"/>
          <w:sz w:val="18"/>
        </w:rPr>
        <w:t>______________________________________________________________________________</w:t>
      </w:r>
    </w:p>
    <w:p>
      <w:pPr>
        <w:keepNext/>
        <w:spacing w:after="20"/>
      </w:pPr>
      <w:r>
        <w:t>Approving signatures and limits</w:t>
      </w:r>
    </w:p>
    <w:p>
      <w:pPr>
        <w:spacing w:after="120"/>
      </w:pPr>
      <w:r>
        <w:rPr>
          <w:color w:val="777777"/>
          <w:sz w:val="18"/>
        </w:rPr>
        <w:t>______________________________________________________________________________</w:t>
      </w:r>
    </w:p>
    <w:p>
      <w:pPr>
        <w:keepNext/>
        <w:spacing w:after="20"/>
      </w:pPr>
      <w:r>
        <w:t>Execution and permanent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28</w:t>
      </w:r>
    </w:p>
    <w:p>
      <w:pPr>
        <w:pStyle w:val="Heading1"/>
      </w:pPr>
      <w:r>
        <w:t>Conflict Disclosure and Independent Decision</w:t>
      </w:r>
    </w:p>
    <w:p>
      <w:pPr>
        <w:spacing w:after="160"/>
      </w:pPr>
      <w:r>
        <w:t>During sole-member governance, a disinterested adult may receive limited transaction-review authority without becoming a Circle member.</w:t>
      </w:r>
    </w:p>
    <w:p>
      <w:pPr>
        <w:keepNext/>
        <w:spacing w:after="20"/>
      </w:pPr>
      <w:r>
        <w:t>Interested person and role</w:t>
      </w:r>
    </w:p>
    <w:p>
      <w:pPr>
        <w:spacing w:after="120"/>
      </w:pPr>
      <w:r>
        <w:rPr>
          <w:color w:val="777777"/>
          <w:sz w:val="18"/>
        </w:rPr>
        <w:t>______________________________________________________________________________</w:t>
      </w:r>
    </w:p>
    <w:p>
      <w:pPr>
        <w:keepNext/>
        <w:spacing w:after="20"/>
      </w:pPr>
      <w:r>
        <w:t>Transaction and material relationship or benefit</w:t>
      </w:r>
    </w:p>
    <w:p>
      <w:pPr>
        <w:spacing w:after="120"/>
      </w:pPr>
      <w:r>
        <w:rPr>
          <w:color w:val="777777"/>
          <w:sz w:val="18"/>
        </w:rPr>
        <w:t>______________________________________________________________________________</w:t>
      </w:r>
    </w:p>
    <w:p>
      <w:pPr>
        <w:keepNext/>
        <w:spacing w:after="20"/>
      </w:pPr>
      <w:r>
        <w:t>Disclosure and supporting facts</w:t>
      </w:r>
    </w:p>
    <w:p>
      <w:pPr>
        <w:spacing w:after="120"/>
      </w:pPr>
      <w:r>
        <w:rPr>
          <w:color w:val="777777"/>
          <w:sz w:val="18"/>
        </w:rPr>
        <w:t>______________________________________________________________________________</w:t>
      </w:r>
    </w:p>
    <w:p>
      <w:pPr>
        <w:keepNext/>
        <w:spacing w:after="20"/>
      </w:pPr>
      <w:r>
        <w:t>Disinterested reviewer and delegation</w:t>
      </w:r>
    </w:p>
    <w:p>
      <w:pPr>
        <w:spacing w:after="120"/>
      </w:pPr>
      <w:r>
        <w:rPr>
          <w:color w:val="777777"/>
          <w:sz w:val="18"/>
        </w:rPr>
        <w:t>______________________________________________________________________________</w:t>
      </w:r>
    </w:p>
    <w:p>
      <w:pPr>
        <w:keepNext/>
        <w:spacing w:after="20"/>
      </w:pPr>
      <w:r>
        <w:t>Comparisons alternatives and mission purpose</w:t>
      </w:r>
    </w:p>
    <w:p>
      <w:pPr>
        <w:spacing w:after="120"/>
      </w:pPr>
      <w:r>
        <w:rPr>
          <w:color w:val="777777"/>
          <w:sz w:val="18"/>
        </w:rPr>
        <w:t>______________________________________________________________________________</w:t>
      </w:r>
    </w:p>
    <w:p>
      <w:pPr>
        <w:keepNext/>
        <w:spacing w:after="20"/>
      </w:pPr>
      <w:r>
        <w:t>Recusal and actual approval authority</w:t>
      </w:r>
    </w:p>
    <w:p>
      <w:pPr>
        <w:spacing w:after="120"/>
      </w:pPr>
      <w:r>
        <w:rPr>
          <w:color w:val="777777"/>
          <w:sz w:val="18"/>
        </w:rPr>
        <w:t>______________________________________________________________________________</w:t>
      </w:r>
    </w:p>
    <w:p>
      <w:pPr>
        <w:keepNext/>
        <w:spacing w:after="20"/>
      </w:pPr>
      <w:r>
        <w:t>Decision amount limits and reasons</w:t>
      </w:r>
    </w:p>
    <w:p>
      <w:pPr>
        <w:spacing w:after="120"/>
      </w:pPr>
      <w:r>
        <w:rPr>
          <w:color w:val="777777"/>
          <w:sz w:val="18"/>
        </w:rPr>
        <w:t>______________________________________________________________________________</w:t>
      </w:r>
    </w:p>
    <w:p>
      <w:pPr>
        <w:keepNext/>
        <w:spacing w:after="20"/>
      </w:pPr>
      <w:r>
        <w:t>Reviewer signature and date</w:t>
      </w:r>
    </w:p>
    <w:p>
      <w:pPr>
        <w:spacing w:after="120"/>
      </w:pPr>
      <w:r>
        <w:rPr>
          <w:color w:val="777777"/>
          <w:sz w:val="18"/>
        </w:rPr>
        <w:t>______________________________________________________________________________</w:t>
      </w:r>
    </w:p>
    <w:p>
      <w:pPr>
        <w:keepNext/>
        <w:spacing w:after="20"/>
      </w:pPr>
      <w:r>
        <w:t>Permanent record reference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29</w:t>
      </w:r>
    </w:p>
    <w:p>
      <w:pPr>
        <w:pStyle w:val="Heading1"/>
      </w:pPr>
      <w:r>
        <w:t>Benevolence Request and Decision</w:t>
      </w:r>
    </w:p>
    <w:p>
      <w:pPr>
        <w:spacing w:after="160"/>
      </w:pPr>
      <w:r>
        <w:t>Assistance is discretionary, confidential, and not exchanged for giving or membership.</w:t>
      </w:r>
    </w:p>
    <w:p>
      <w:pPr>
        <w:keepNext/>
        <w:spacing w:after="20"/>
      </w:pPr>
      <w:r>
        <w:t>Applicant and contact</w:t>
      </w:r>
    </w:p>
    <w:p>
      <w:pPr>
        <w:spacing w:after="120"/>
      </w:pPr>
      <w:r>
        <w:rPr>
          <w:color w:val="777777"/>
          <w:sz w:val="18"/>
        </w:rPr>
        <w:t>______________________________________________________________________________</w:t>
      </w:r>
    </w:p>
    <w:p>
      <w:pPr>
        <w:keepNext/>
        <w:spacing w:after="20"/>
      </w:pPr>
      <w:r>
        <w:t>Need amount purpose and urgency</w:t>
      </w:r>
    </w:p>
    <w:p>
      <w:pPr>
        <w:spacing w:after="120"/>
      </w:pPr>
      <w:r>
        <w:rPr>
          <w:color w:val="777777"/>
          <w:sz w:val="18"/>
        </w:rPr>
        <w:t>______________________________________________________________________________</w:t>
      </w:r>
    </w:p>
    <w:p>
      <w:pPr>
        <w:keepNext/>
        <w:spacing w:after="20"/>
      </w:pPr>
      <w:r>
        <w:t>Other assistance and relevant support</w:t>
      </w:r>
    </w:p>
    <w:p>
      <w:pPr>
        <w:spacing w:after="120"/>
      </w:pPr>
      <w:r>
        <w:rPr>
          <w:color w:val="777777"/>
          <w:sz w:val="18"/>
        </w:rPr>
        <w:t>______________________________________________________________________________</w:t>
      </w:r>
    </w:p>
    <w:p>
      <w:pPr>
        <w:keepNext/>
        <w:spacing w:after="20"/>
      </w:pPr>
      <w:r>
        <w:t>Relationship to a decision maker</w:t>
      </w:r>
    </w:p>
    <w:p>
      <w:pPr>
        <w:spacing w:after="120"/>
      </w:pPr>
      <w:r>
        <w:rPr>
          <w:color w:val="777777"/>
          <w:sz w:val="18"/>
        </w:rPr>
        <w:t>______________________________________________________________________________</w:t>
      </w:r>
    </w:p>
    <w:p>
      <w:pPr>
        <w:keepNext/>
        <w:spacing w:after="20"/>
      </w:pPr>
      <w:r>
        <w:t>Available funds and accepted restrictions</w:t>
      </w:r>
    </w:p>
    <w:p>
      <w:pPr>
        <w:spacing w:after="120"/>
      </w:pPr>
      <w:r>
        <w:rPr>
          <w:color w:val="777777"/>
          <w:sz w:val="18"/>
        </w:rPr>
        <w:t>______________________________________________________________________________</w:t>
      </w:r>
    </w:p>
    <w:p>
      <w:pPr>
        <w:keepNext/>
        <w:spacing w:after="20"/>
      </w:pPr>
      <w:r>
        <w:t>Independent review if conflicted</w:t>
      </w:r>
    </w:p>
    <w:p>
      <w:pPr>
        <w:spacing w:after="120"/>
      </w:pPr>
      <w:r>
        <w:rPr>
          <w:color w:val="777777"/>
          <w:sz w:val="18"/>
        </w:rPr>
        <w:t>______________________________________________________________________________</w:t>
      </w:r>
    </w:p>
    <w:p>
      <w:pPr>
        <w:keepNext/>
        <w:spacing w:after="20"/>
      </w:pPr>
      <w:r>
        <w:t>Decision payee amount and method</w:t>
      </w:r>
    </w:p>
    <w:p>
      <w:pPr>
        <w:spacing w:after="120"/>
      </w:pPr>
      <w:r>
        <w:rPr>
          <w:color w:val="777777"/>
          <w:sz w:val="18"/>
        </w:rPr>
        <w:t>______________________________________________________________________________</w:t>
      </w:r>
    </w:p>
    <w:p>
      <w:pPr>
        <w:keepNext/>
        <w:spacing w:after="20"/>
      </w:pPr>
      <w:r>
        <w:t>Applicant information consent</w:t>
      </w:r>
    </w:p>
    <w:p>
      <w:pPr>
        <w:spacing w:after="120"/>
      </w:pPr>
      <w:r>
        <w:rPr>
          <w:color w:val="777777"/>
          <w:sz w:val="18"/>
        </w:rPr>
        <w:t>______________________________________________________________________________</w:t>
      </w:r>
    </w:p>
    <w:p>
      <w:pPr>
        <w:keepNext/>
        <w:spacing w:after="20"/>
      </w:pPr>
      <w:r>
        <w:t>Reviewer signature and follow up</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30</w:t>
      </w:r>
    </w:p>
    <w:p>
      <w:pPr>
        <w:pStyle w:val="Heading1"/>
      </w:pPr>
      <w:r>
        <w:t>Property Inventory and Transfer Record</w:t>
      </w:r>
    </w:p>
    <w:p>
      <w:pPr>
        <w:spacing w:after="160"/>
      </w:pPr>
      <w:r>
        <w:t>Affiliation and ministry custody do not prove ownership. Identify title or a separate transfer instrument.</w:t>
      </w:r>
    </w:p>
    <w:p>
      <w:pPr>
        <w:keepNext/>
        <w:spacing w:after="20"/>
      </w:pPr>
      <w:r>
        <w:t>Asset description and identification</w:t>
      </w:r>
    </w:p>
    <w:p>
      <w:pPr>
        <w:spacing w:after="120"/>
      </w:pPr>
      <w:r>
        <w:rPr>
          <w:color w:val="777777"/>
          <w:sz w:val="18"/>
        </w:rPr>
        <w:t>______________________________________________________________________________</w:t>
      </w:r>
    </w:p>
    <w:p>
      <w:pPr>
        <w:keepNext/>
        <w:spacing w:after="20"/>
      </w:pPr>
      <w:r>
        <w:t>Actual owner and ownership evidence</w:t>
      </w:r>
    </w:p>
    <w:p>
      <w:pPr>
        <w:spacing w:after="120"/>
      </w:pPr>
      <w:r>
        <w:rPr>
          <w:color w:val="777777"/>
          <w:sz w:val="18"/>
        </w:rPr>
        <w:t>______________________________________________________________________________</w:t>
      </w:r>
    </w:p>
    <w:p>
      <w:pPr>
        <w:keepNext/>
        <w:spacing w:after="20"/>
      </w:pPr>
      <w:r>
        <w:t>Acquisition or loan terms</w:t>
      </w:r>
    </w:p>
    <w:p>
      <w:pPr>
        <w:spacing w:after="120"/>
      </w:pPr>
      <w:r>
        <w:rPr>
          <w:color w:val="777777"/>
          <w:sz w:val="18"/>
        </w:rPr>
        <w:t>______________________________________________________________________________</w:t>
      </w:r>
    </w:p>
    <w:p>
      <w:pPr>
        <w:keepNext/>
        <w:spacing w:after="20"/>
      </w:pPr>
      <w:r>
        <w:t>Location custodian and condition</w:t>
      </w:r>
    </w:p>
    <w:p>
      <w:pPr>
        <w:spacing w:after="120"/>
      </w:pPr>
      <w:r>
        <w:rPr>
          <w:color w:val="777777"/>
          <w:sz w:val="18"/>
        </w:rPr>
        <w:t>______________________________________________________________________________</w:t>
      </w:r>
    </w:p>
    <w:p>
      <w:pPr>
        <w:keepNext/>
        <w:spacing w:after="20"/>
      </w:pPr>
      <w:r>
        <w:t>Proposed transfer disposal or permitted use</w:t>
      </w:r>
    </w:p>
    <w:p>
      <w:pPr>
        <w:spacing w:after="120"/>
      </w:pPr>
      <w:r>
        <w:rPr>
          <w:color w:val="777777"/>
          <w:sz w:val="18"/>
        </w:rPr>
        <w:t>______________________________________________________________________________</w:t>
      </w:r>
    </w:p>
    <w:p>
      <w:pPr>
        <w:keepNext/>
        <w:spacing w:after="20"/>
      </w:pPr>
      <w:r>
        <w:t>Authority recipient amount and restrictions</w:t>
      </w:r>
    </w:p>
    <w:p>
      <w:pPr>
        <w:spacing w:after="120"/>
      </w:pPr>
      <w:r>
        <w:rPr>
          <w:color w:val="777777"/>
          <w:sz w:val="18"/>
        </w:rPr>
        <w:t>______________________________________________________________________________</w:t>
      </w:r>
    </w:p>
    <w:p>
      <w:pPr>
        <w:keepNext/>
        <w:spacing w:after="20"/>
      </w:pPr>
      <w:r>
        <w:t>Approving signatures and date</w:t>
      </w:r>
    </w:p>
    <w:p>
      <w:pPr>
        <w:spacing w:after="120"/>
      </w:pPr>
      <w:r>
        <w:rPr>
          <w:color w:val="777777"/>
          <w:sz w:val="18"/>
        </w:rPr>
        <w:t>______________________________________________________________________________</w:t>
      </w:r>
    </w:p>
    <w:p>
      <w:pPr>
        <w:keepNext/>
        <w:spacing w:after="20"/>
      </w:pPr>
      <w:r>
        <w:t>Receipt inventory update and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31</w:t>
      </w:r>
    </w:p>
    <w:p>
      <w:pPr>
        <w:pStyle w:val="Heading1"/>
      </w:pPr>
      <w:r>
        <w:t>Volunteer Application and Role Acceptance</w:t>
      </w:r>
    </w:p>
    <w:p>
      <w:pPr>
        <w:spacing w:after="160"/>
      </w:pPr>
      <w:r>
        <w:t>Volunteer work is separate from ordination, paid work classification, and Circle membership.</w:t>
      </w:r>
    </w:p>
    <w:p>
      <w:pPr>
        <w:spacing w:after="160"/>
      </w:pPr>
      <w:r>
        <w:t>I accept the assigned duties and applicable policies. This assignment does not authorize me to bind TGBC, claim ordination, or enter PRAECEPTORIUS.</w:t>
      </w:r>
    </w:p>
    <w:p>
      <w:pPr>
        <w:keepNext/>
        <w:spacing w:after="20"/>
      </w:pPr>
      <w:r>
        <w:t>Name contact and availability</w:t>
      </w:r>
    </w:p>
    <w:p>
      <w:pPr>
        <w:spacing w:after="120"/>
      </w:pPr>
      <w:r>
        <w:rPr>
          <w:color w:val="777777"/>
          <w:sz w:val="18"/>
        </w:rPr>
        <w:t>______________________________________________________________________________</w:t>
      </w:r>
    </w:p>
    <w:p>
      <w:pPr>
        <w:keepNext/>
        <w:spacing w:after="20"/>
      </w:pPr>
      <w:r>
        <w:t>Proposed role supervisor and duties</w:t>
      </w:r>
    </w:p>
    <w:p>
      <w:pPr>
        <w:spacing w:after="120"/>
      </w:pPr>
      <w:r>
        <w:rPr>
          <w:color w:val="777777"/>
          <w:sz w:val="18"/>
        </w:rPr>
        <w:t>______________________________________________________________________________</w:t>
      </w:r>
    </w:p>
    <w:p>
      <w:pPr>
        <w:keepNext/>
        <w:spacing w:after="20"/>
      </w:pPr>
      <w:r>
        <w:t>Relevant experience and references</w:t>
      </w:r>
    </w:p>
    <w:p>
      <w:pPr>
        <w:spacing w:after="120"/>
      </w:pPr>
      <w:r>
        <w:rPr>
          <w:color w:val="777777"/>
          <w:sz w:val="18"/>
        </w:rPr>
        <w:t>______________________________________________________________________________</w:t>
      </w:r>
    </w:p>
    <w:p>
      <w:pPr>
        <w:keepNext/>
        <w:spacing w:after="20"/>
      </w:pPr>
      <w:r>
        <w:t>Required screening training and clearance</w:t>
      </w:r>
    </w:p>
    <w:p>
      <w:pPr>
        <w:spacing w:after="120"/>
      </w:pPr>
      <w:r>
        <w:rPr>
          <w:color w:val="777777"/>
          <w:sz w:val="18"/>
        </w:rPr>
        <w:t>______________________________________________________________________________</w:t>
      </w:r>
    </w:p>
    <w:p>
      <w:pPr>
        <w:keepNext/>
        <w:spacing w:after="20"/>
      </w:pPr>
      <w:r>
        <w:t>Access and spending limits</w:t>
      </w:r>
    </w:p>
    <w:p>
      <w:pPr>
        <w:spacing w:after="120"/>
      </w:pPr>
      <w:r>
        <w:rPr>
          <w:color w:val="777777"/>
          <w:sz w:val="18"/>
        </w:rPr>
        <w:t>______________________________________________________________________________</w:t>
      </w:r>
    </w:p>
    <w:p>
      <w:pPr>
        <w:keepNext/>
        <w:spacing w:after="20"/>
      </w:pPr>
      <w:r>
        <w:t>Emergency contact</w:t>
      </w:r>
    </w:p>
    <w:p>
      <w:pPr>
        <w:spacing w:after="120"/>
      </w:pPr>
      <w:r>
        <w:rPr>
          <w:color w:val="777777"/>
          <w:sz w:val="18"/>
        </w:rPr>
        <w:t>______________________________________________________________________________</w:t>
      </w:r>
    </w:p>
    <w:p>
      <w:pPr>
        <w:keepNext/>
        <w:spacing w:after="20"/>
      </w:pPr>
      <w:r>
        <w:t>Policies acknowledged and signature</w:t>
      </w:r>
    </w:p>
    <w:p>
      <w:pPr>
        <w:spacing w:after="120"/>
      </w:pPr>
      <w:r>
        <w:rPr>
          <w:color w:val="777777"/>
          <w:sz w:val="18"/>
        </w:rPr>
        <w:t>______________________________________________________________________________</w:t>
      </w:r>
    </w:p>
    <w:p>
      <w:pPr>
        <w:keepNext/>
        <w:spacing w:after="20"/>
      </w:pPr>
      <w:r>
        <w:t>Supervisor approval and review date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32</w:t>
      </w:r>
    </w:p>
    <w:p>
      <w:pPr>
        <w:pStyle w:val="Heading1"/>
      </w:pPr>
      <w:r>
        <w:t>Activity Consent and Emergency Information</w:t>
      </w:r>
    </w:p>
    <w:p>
      <w:pPr>
        <w:spacing w:after="160"/>
      </w:pPr>
      <w:r>
        <w:t>Use for a specified activity and obtain lawful guardian involvement for a minor. It is not a blanket liability waiver.</w:t>
      </w:r>
    </w:p>
    <w:p>
      <w:pPr>
        <w:spacing w:after="160"/>
      </w:pPr>
      <w:r>
        <w:t>I authorize only the activity and arrangements stated above. Workers may contact emergency services and the listed contacts when necessary; this does not replace medical consent required by a provider.</w:t>
      </w:r>
    </w:p>
    <w:p>
      <w:pPr>
        <w:keepNext/>
        <w:spacing w:after="20"/>
      </w:pPr>
      <w:r>
        <w:t>Participant and guardian if applicable</w:t>
      </w:r>
    </w:p>
    <w:p>
      <w:pPr>
        <w:spacing w:after="120"/>
      </w:pPr>
      <w:r>
        <w:rPr>
          <w:color w:val="777777"/>
          <w:sz w:val="18"/>
        </w:rPr>
        <w:t>______________________________________________________________________________</w:t>
      </w:r>
    </w:p>
    <w:p>
      <w:pPr>
        <w:keepNext/>
        <w:spacing w:after="20"/>
      </w:pPr>
      <w:r>
        <w:t>Activity dates place and supervisor</w:t>
      </w:r>
    </w:p>
    <w:p>
      <w:pPr>
        <w:spacing w:after="120"/>
      </w:pPr>
      <w:r>
        <w:rPr>
          <w:color w:val="777777"/>
          <w:sz w:val="18"/>
        </w:rPr>
        <w:t>______________________________________________________________________________</w:t>
      </w:r>
    </w:p>
    <w:p>
      <w:pPr>
        <w:keepNext/>
        <w:spacing w:after="20"/>
      </w:pPr>
      <w:r>
        <w:t>Emergency contacts and authorized pickup</w:t>
      </w:r>
    </w:p>
    <w:p>
      <w:pPr>
        <w:spacing w:after="120"/>
      </w:pPr>
      <w:r>
        <w:rPr>
          <w:color w:val="777777"/>
          <w:sz w:val="18"/>
        </w:rPr>
        <w:t>______________________________________________________________________________</w:t>
      </w:r>
    </w:p>
    <w:p>
      <w:pPr>
        <w:keepNext/>
        <w:spacing w:after="20"/>
      </w:pPr>
      <w:r>
        <w:t>Relevant allergies accommodations and instructions</w:t>
      </w:r>
    </w:p>
    <w:p>
      <w:pPr>
        <w:spacing w:after="120"/>
      </w:pPr>
      <w:r>
        <w:rPr>
          <w:color w:val="777777"/>
          <w:sz w:val="18"/>
        </w:rPr>
        <w:t>______________________________________________________________________________</w:t>
      </w:r>
    </w:p>
    <w:p>
      <w:pPr>
        <w:keepNext/>
        <w:spacing w:after="20"/>
      </w:pPr>
      <w:r>
        <w:t>Transport arrangements expressly authorized</w:t>
      </w:r>
    </w:p>
    <w:p>
      <w:pPr>
        <w:spacing w:after="120"/>
      </w:pPr>
      <w:r>
        <w:rPr>
          <w:color w:val="777777"/>
          <w:sz w:val="18"/>
        </w:rPr>
        <w:t>______________________________________________________________________________</w:t>
      </w:r>
    </w:p>
    <w:p>
      <w:pPr>
        <w:keepNext/>
        <w:spacing w:after="20"/>
      </w:pPr>
      <w:r>
        <w:t>Permission scope and limits</w:t>
      </w:r>
    </w:p>
    <w:p>
      <w:pPr>
        <w:spacing w:after="120"/>
      </w:pPr>
      <w:r>
        <w:rPr>
          <w:color w:val="777777"/>
          <w:sz w:val="18"/>
        </w:rPr>
        <w:t>______________________________________________________________________________</w:t>
      </w:r>
    </w:p>
    <w:p>
      <w:pPr>
        <w:keepNext/>
        <w:spacing w:after="20"/>
      </w:pPr>
      <w:r>
        <w:t>Participant or guardian signature and date</w:t>
      </w:r>
    </w:p>
    <w:p>
      <w:pPr>
        <w:spacing w:after="120"/>
      </w:pPr>
      <w:r>
        <w:rPr>
          <w:color w:val="777777"/>
          <w:sz w:val="18"/>
        </w:rPr>
        <w:t>______________________________________________________________________________</w:t>
      </w:r>
    </w:p>
    <w:p>
      <w:pPr>
        <w:keepNext/>
        <w:spacing w:after="20"/>
      </w:pPr>
      <w:r>
        <w:t>Receiving worker and restricted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33</w:t>
      </w:r>
    </w:p>
    <w:p>
      <w:pPr>
        <w:pStyle w:val="Heading1"/>
      </w:pPr>
      <w:r>
        <w:t>Optional Media and Testimony Permission</w:t>
      </w:r>
    </w:p>
    <w:p>
      <w:pPr>
        <w:spacing w:after="160"/>
      </w:pPr>
      <w:r>
        <w:t>Permission is optional and separate from fellowship. Specify material, channels, attribution, and limits.</w:t>
      </w:r>
    </w:p>
    <w:p>
      <w:pPr>
        <w:spacing w:after="160"/>
      </w:pPr>
      <w:r>
        <w:t>I permit only the uses listed above. I may withdraw permission for future use. Controlled online material may be removed where practical; distributed print and third-party copies may be unrecoverable.</w:t>
      </w:r>
    </w:p>
    <w:p>
      <w:pPr>
        <w:keepNext/>
        <w:spacing w:after="20"/>
      </w:pPr>
      <w:r>
        <w:t>Person and guardian if applicable</w:t>
      </w:r>
    </w:p>
    <w:p>
      <w:pPr>
        <w:spacing w:after="120"/>
      </w:pPr>
      <w:r>
        <w:rPr>
          <w:color w:val="777777"/>
          <w:sz w:val="18"/>
        </w:rPr>
        <w:t>______________________________________________________________________________</w:t>
      </w:r>
    </w:p>
    <w:p>
      <w:pPr>
        <w:keepNext/>
        <w:spacing w:after="20"/>
      </w:pPr>
      <w:r>
        <w:t>Material image recording or testimony</w:t>
      </w:r>
    </w:p>
    <w:p>
      <w:pPr>
        <w:spacing w:after="120"/>
      </w:pPr>
      <w:r>
        <w:rPr>
          <w:color w:val="777777"/>
          <w:sz w:val="18"/>
        </w:rPr>
        <w:t>______________________________________________________________________________</w:t>
      </w:r>
    </w:p>
    <w:p>
      <w:pPr>
        <w:keepNext/>
        <w:spacing w:after="20"/>
      </w:pPr>
      <w:r>
        <w:t>Permitted uses channels and purposes</w:t>
      </w:r>
    </w:p>
    <w:p>
      <w:pPr>
        <w:spacing w:after="120"/>
      </w:pPr>
      <w:r>
        <w:rPr>
          <w:color w:val="777777"/>
          <w:sz w:val="18"/>
        </w:rPr>
        <w:t>______________________________________________________________________________</w:t>
      </w:r>
    </w:p>
    <w:p>
      <w:pPr>
        <w:keepNext/>
        <w:spacing w:after="20"/>
      </w:pPr>
      <w:r>
        <w:t>Name attribution or anonymity choice</w:t>
      </w:r>
    </w:p>
    <w:p>
      <w:pPr>
        <w:spacing w:after="120"/>
      </w:pPr>
      <w:r>
        <w:rPr>
          <w:color w:val="777777"/>
          <w:sz w:val="18"/>
        </w:rPr>
        <w:t>______________________________________________________________________________</w:t>
      </w:r>
    </w:p>
    <w:p>
      <w:pPr>
        <w:keepNext/>
        <w:spacing w:after="20"/>
      </w:pPr>
      <w:r>
        <w:t>Duration and limits</w:t>
      </w:r>
    </w:p>
    <w:p>
      <w:pPr>
        <w:spacing w:after="120"/>
      </w:pPr>
      <w:r>
        <w:rPr>
          <w:color w:val="777777"/>
          <w:sz w:val="18"/>
        </w:rPr>
        <w:t>______________________________________________________________________________</w:t>
      </w:r>
    </w:p>
    <w:p>
      <w:pPr>
        <w:keepNext/>
        <w:spacing w:after="20"/>
      </w:pPr>
      <w:r>
        <w:t>Contact for withdrawal of future permission</w:t>
      </w:r>
    </w:p>
    <w:p>
      <w:pPr>
        <w:spacing w:after="120"/>
      </w:pPr>
      <w:r>
        <w:rPr>
          <w:color w:val="777777"/>
          <w:sz w:val="18"/>
        </w:rPr>
        <w:t>______________________________________________________________________________</w:t>
      </w:r>
    </w:p>
    <w:p>
      <w:pPr>
        <w:keepNext/>
        <w:spacing w:after="20"/>
      </w:pPr>
      <w:r>
        <w:t>Consent signature and date</w:t>
      </w:r>
    </w:p>
    <w:p>
      <w:pPr>
        <w:spacing w:after="120"/>
      </w:pPr>
      <w:r>
        <w:rPr>
          <w:color w:val="777777"/>
          <w:sz w:val="18"/>
        </w:rPr>
        <w:t>______________________________________________________________________________</w:t>
      </w:r>
    </w:p>
    <w:p>
      <w:pPr>
        <w:keepNext/>
        <w:spacing w:after="20"/>
      </w:pPr>
      <w:r>
        <w:t>Authorized receiver</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34</w:t>
      </w:r>
    </w:p>
    <w:p>
      <w:pPr>
        <w:pStyle w:val="Heading1"/>
      </w:pPr>
      <w:r>
        <w:t>Prayer Care and Meeting Request</w:t>
      </w:r>
    </w:p>
    <w:p>
      <w:pPr>
        <w:spacing w:after="160"/>
      </w:pPr>
      <w:r>
        <w:t>Record the sharing choice before circulation. Do not place sensitive details in public channels.</w:t>
      </w:r>
    </w:p>
    <w:p>
      <w:pPr>
        <w:keepNext/>
        <w:spacing w:after="20"/>
      </w:pPr>
      <w:r>
        <w:t>Name and preferred contact</w:t>
      </w:r>
    </w:p>
    <w:p>
      <w:pPr>
        <w:spacing w:after="120"/>
      </w:pPr>
      <w:r>
        <w:rPr>
          <w:color w:val="777777"/>
          <w:sz w:val="18"/>
        </w:rPr>
        <w:t>______________________________________________________________________________</w:t>
      </w:r>
    </w:p>
    <w:p>
      <w:pPr>
        <w:keepNext/>
        <w:spacing w:after="20"/>
      </w:pPr>
      <w:r>
        <w:t>Request and meeting preference</w:t>
      </w:r>
    </w:p>
    <w:p>
      <w:pPr>
        <w:spacing w:after="120"/>
      </w:pPr>
      <w:r>
        <w:rPr>
          <w:color w:val="777777"/>
          <w:sz w:val="18"/>
        </w:rPr>
        <w:t>______________________________________________________________________________</w:t>
      </w:r>
    </w:p>
    <w:p>
      <w:pPr>
        <w:keepNext/>
        <w:spacing w:after="20"/>
      </w:pPr>
      <w:r>
        <w:t>Urgency and practical needs</w:t>
      </w:r>
    </w:p>
    <w:p>
      <w:pPr>
        <w:spacing w:after="120"/>
      </w:pPr>
      <w:r>
        <w:rPr>
          <w:color w:val="777777"/>
          <w:sz w:val="18"/>
        </w:rPr>
        <w:t>______________________________________________________________________________</w:t>
      </w:r>
    </w:p>
    <w:p>
      <w:pPr>
        <w:keepNext/>
        <w:spacing w:after="20"/>
      </w:pPr>
      <w:r>
        <w:t>Sharing private designated leaders or public</w:t>
      </w:r>
    </w:p>
    <w:p>
      <w:pPr>
        <w:spacing w:after="120"/>
      </w:pPr>
      <w:r>
        <w:rPr>
          <w:color w:val="777777"/>
          <w:sz w:val="18"/>
        </w:rPr>
        <w:t>______________________________________________________________________________</w:t>
      </w:r>
    </w:p>
    <w:p>
      <w:pPr>
        <w:keepNext/>
        <w:spacing w:after="20"/>
      </w:pPr>
      <w:r>
        <w:t>Exact details approved for sharing</w:t>
      </w:r>
    </w:p>
    <w:p>
      <w:pPr>
        <w:spacing w:after="120"/>
      </w:pPr>
      <w:r>
        <w:rPr>
          <w:color w:val="777777"/>
          <w:sz w:val="18"/>
        </w:rPr>
        <w:t>______________________________________________________________________________</w:t>
      </w:r>
    </w:p>
    <w:p>
      <w:pPr>
        <w:keepNext/>
        <w:spacing w:after="20"/>
      </w:pPr>
      <w:r>
        <w:t>Consent and follow up preferences</w:t>
      </w:r>
    </w:p>
    <w:p>
      <w:pPr>
        <w:spacing w:after="120"/>
      </w:pPr>
      <w:r>
        <w:rPr>
          <w:color w:val="777777"/>
          <w:sz w:val="18"/>
        </w:rPr>
        <w:t>______________________________________________________________________________</w:t>
      </w:r>
    </w:p>
    <w:p>
      <w:pPr>
        <w:keepNext/>
        <w:spacing w:after="20"/>
      </w:pPr>
      <w:r>
        <w:t>Assigned care worker</w:t>
      </w:r>
    </w:p>
    <w:p>
      <w:pPr>
        <w:spacing w:after="120"/>
      </w:pPr>
      <w:r>
        <w:rPr>
          <w:color w:val="777777"/>
          <w:sz w:val="18"/>
        </w:rPr>
        <w:t>______________________________________________________________________________</w:t>
      </w:r>
    </w:p>
    <w:p>
      <w:pPr>
        <w:keepNext/>
        <w:spacing w:after="20"/>
      </w:pPr>
      <w:r>
        <w:t>Follow up date and restricted reference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35</w:t>
      </w:r>
    </w:p>
    <w:p>
      <w:pPr>
        <w:pStyle w:val="Heading1"/>
      </w:pPr>
      <w:r>
        <w:t>Incident and Safeguarding Report</w:t>
      </w:r>
    </w:p>
    <w:p>
      <w:pPr>
        <w:spacing w:after="160"/>
      </w:pPr>
      <w:r>
        <w:t>Immediate danger requires emergency action. Internal notice does not replace applicable civil reporting duties.</w:t>
      </w:r>
    </w:p>
    <w:p>
      <w:pPr>
        <w:keepNext/>
        <w:spacing w:after="20"/>
      </w:pPr>
      <w:r>
        <w:t>Date time location and reporter</w:t>
      </w:r>
    </w:p>
    <w:p>
      <w:pPr>
        <w:spacing w:after="120"/>
      </w:pPr>
      <w:r>
        <w:rPr>
          <w:color w:val="777777"/>
          <w:sz w:val="18"/>
        </w:rPr>
        <w:t>______________________________________________________________________________</w:t>
      </w:r>
    </w:p>
    <w:p>
      <w:pPr>
        <w:keepNext/>
        <w:spacing w:after="20"/>
      </w:pPr>
      <w:r>
        <w:t>Persons involved and witnesses</w:t>
      </w:r>
    </w:p>
    <w:p>
      <w:pPr>
        <w:spacing w:after="120"/>
      </w:pPr>
      <w:r>
        <w:rPr>
          <w:color w:val="777777"/>
          <w:sz w:val="18"/>
        </w:rPr>
        <w:t>______________________________________________________________________________</w:t>
      </w:r>
    </w:p>
    <w:p>
      <w:pPr>
        <w:keepNext/>
        <w:spacing w:after="20"/>
      </w:pPr>
      <w:r>
        <w:t>Observed facts or exact words of disclosure</w:t>
      </w:r>
    </w:p>
    <w:p>
      <w:pPr>
        <w:spacing w:after="120"/>
      </w:pPr>
      <w:r>
        <w:rPr>
          <w:color w:val="777777"/>
          <w:sz w:val="18"/>
        </w:rPr>
        <w:t>______________________________________________________________________________</w:t>
      </w:r>
    </w:p>
    <w:p>
      <w:pPr>
        <w:keepNext/>
        <w:spacing w:after="20"/>
      </w:pPr>
      <w:r>
        <w:t>Immediate protective action</w:t>
      </w:r>
    </w:p>
    <w:p>
      <w:pPr>
        <w:spacing w:after="120"/>
      </w:pPr>
      <w:r>
        <w:rPr>
          <w:color w:val="777777"/>
          <w:sz w:val="18"/>
        </w:rPr>
        <w:t>______________________________________________________________________________</w:t>
      </w:r>
    </w:p>
    <w:p>
      <w:pPr>
        <w:keepNext/>
        <w:spacing w:after="20"/>
      </w:pPr>
      <w:r>
        <w:t>Civil authority report agency date and reference</w:t>
      </w:r>
    </w:p>
    <w:p>
      <w:pPr>
        <w:spacing w:after="120"/>
      </w:pPr>
      <w:r>
        <w:rPr>
          <w:color w:val="777777"/>
          <w:sz w:val="18"/>
        </w:rPr>
        <w:t>______________________________________________________________________________</w:t>
      </w:r>
    </w:p>
    <w:p>
      <w:pPr>
        <w:keepNext/>
        <w:spacing w:after="20"/>
      </w:pPr>
      <w:r>
        <w:t>Internal contacts and notification dates</w:t>
      </w:r>
    </w:p>
    <w:p>
      <w:pPr>
        <w:spacing w:after="120"/>
      </w:pPr>
      <w:r>
        <w:rPr>
          <w:color w:val="777777"/>
          <w:sz w:val="18"/>
        </w:rPr>
        <w:t>______________________________________________________________________________</w:t>
      </w:r>
    </w:p>
    <w:p>
      <w:pPr>
        <w:keepNext/>
        <w:spacing w:after="20"/>
      </w:pPr>
      <w:r>
        <w:t>Evidence preserved and restricted location</w:t>
      </w:r>
    </w:p>
    <w:p>
      <w:pPr>
        <w:spacing w:after="120"/>
      </w:pPr>
      <w:r>
        <w:rPr>
          <w:color w:val="777777"/>
          <w:sz w:val="18"/>
        </w:rPr>
        <w:t>______________________________________________________________________________</w:t>
      </w:r>
    </w:p>
    <w:p>
      <w:pPr>
        <w:keepNext/>
        <w:spacing w:after="20"/>
      </w:pPr>
      <w:r>
        <w:t>Reporter signature and follow up authority</w:t>
      </w:r>
    </w:p>
    <w:p>
      <w:pPr>
        <w:spacing w:after="120"/>
      </w:pPr>
      <w:r>
        <w:rPr>
          <w:color w:val="777777"/>
          <w:sz w:val="18"/>
        </w:rPr>
        <w:t>______________________________________________________________________________</w:t>
      </w:r>
    </w:p>
    <w:p>
      <w:pPr>
        <w:keepNext/>
        <w:spacing w:after="20"/>
      </w:pPr>
      <w:r>
        <w:t>Safety restrictions and review reference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36</w:t>
      </w:r>
    </w:p>
    <w:p>
      <w:pPr>
        <w:pStyle w:val="Heading1"/>
      </w:pPr>
      <w:r>
        <w:t>Ecclesiastical Concern and Discipline Review</w:t>
      </w:r>
    </w:p>
    <w:p>
      <w:pPr>
        <w:spacing w:after="160"/>
      </w:pPr>
      <w:r>
        <w:t>Use fair evidence and disinterested review. A good-faith question or unproved report is not automatically misconduct.</w:t>
      </w:r>
    </w:p>
    <w:p>
      <w:pPr>
        <w:keepNext/>
        <w:spacing w:after="20"/>
      </w:pPr>
      <w:r>
        <w:t>Reporter and issue</w:t>
      </w:r>
    </w:p>
    <w:p>
      <w:pPr>
        <w:spacing w:after="120"/>
      </w:pPr>
      <w:r>
        <w:rPr>
          <w:color w:val="777777"/>
          <w:sz w:val="18"/>
        </w:rPr>
        <w:t>______________________________________________________________________________</w:t>
      </w:r>
    </w:p>
    <w:p>
      <w:pPr>
        <w:keepNext/>
        <w:spacing w:after="20"/>
      </w:pPr>
      <w:r>
        <w:t>Affected person or assembly</w:t>
      </w:r>
    </w:p>
    <w:p>
      <w:pPr>
        <w:spacing w:after="120"/>
      </w:pPr>
      <w:r>
        <w:rPr>
          <w:color w:val="777777"/>
          <w:sz w:val="18"/>
        </w:rPr>
        <w:t>______________________________________________________________________________</w:t>
      </w:r>
    </w:p>
    <w:p>
      <w:pPr>
        <w:keepNext/>
        <w:spacing w:after="20"/>
      </w:pPr>
      <w:r>
        <w:t>Specific doctrine conduct dates and evidence</w:t>
      </w:r>
    </w:p>
    <w:p>
      <w:pPr>
        <w:spacing w:after="120"/>
      </w:pPr>
      <w:r>
        <w:rPr>
          <w:color w:val="777777"/>
          <w:sz w:val="18"/>
        </w:rPr>
        <w:t>______________________________________________________________________________</w:t>
      </w:r>
    </w:p>
    <w:p>
      <w:pPr>
        <w:keepNext/>
        <w:spacing w:after="20"/>
      </w:pPr>
      <w:r>
        <w:t>Immediate safety and reporting needs</w:t>
      </w:r>
    </w:p>
    <w:p>
      <w:pPr>
        <w:spacing w:after="120"/>
      </w:pPr>
      <w:r>
        <w:rPr>
          <w:color w:val="777777"/>
          <w:sz w:val="18"/>
        </w:rPr>
        <w:t>______________________________________________________________________________</w:t>
      </w:r>
    </w:p>
    <w:p>
      <w:pPr>
        <w:keepNext/>
        <w:spacing w:after="20"/>
      </w:pPr>
      <w:r>
        <w:t>Authority and conflict review</w:t>
      </w:r>
    </w:p>
    <w:p>
      <w:pPr>
        <w:spacing w:after="120"/>
      </w:pPr>
      <w:r>
        <w:rPr>
          <w:color w:val="777777"/>
          <w:sz w:val="18"/>
        </w:rPr>
        <w:t>______________________________________________________________________________</w:t>
      </w:r>
    </w:p>
    <w:p>
      <w:pPr>
        <w:keepNext/>
        <w:spacing w:after="20"/>
      </w:pPr>
      <w:r>
        <w:t>Notice response and examination record</w:t>
      </w:r>
    </w:p>
    <w:p>
      <w:pPr>
        <w:spacing w:after="120"/>
      </w:pPr>
      <w:r>
        <w:rPr>
          <w:color w:val="777777"/>
          <w:sz w:val="18"/>
        </w:rPr>
        <w:t>______________________________________________________________________________</w:t>
      </w:r>
    </w:p>
    <w:p>
      <w:pPr>
        <w:keepNext/>
        <w:spacing w:after="20"/>
      </w:pPr>
      <w:r>
        <w:t>Findings and authorized result</w:t>
      </w:r>
    </w:p>
    <w:p>
      <w:pPr>
        <w:spacing w:after="120"/>
      </w:pPr>
      <w:r>
        <w:rPr>
          <w:color w:val="777777"/>
          <w:sz w:val="18"/>
        </w:rPr>
        <w:t>______________________________________________________________________________</w:t>
      </w:r>
    </w:p>
    <w:p>
      <w:pPr>
        <w:keepNext/>
        <w:spacing w:after="20"/>
      </w:pPr>
      <w:r>
        <w:t>Separate effects on credentials Circle duties and fellowship</w:t>
      </w:r>
    </w:p>
    <w:p>
      <w:pPr>
        <w:spacing w:after="120"/>
      </w:pPr>
      <w:r>
        <w:rPr>
          <w:color w:val="777777"/>
          <w:sz w:val="18"/>
        </w:rPr>
        <w:t>______________________________________________________________________________</w:t>
      </w:r>
    </w:p>
    <w:p>
      <w:pPr>
        <w:keepNext/>
        <w:spacing w:after="20"/>
      </w:pPr>
      <w:r>
        <w:t>Review restoration terms and signatures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Form 37</w:t>
      </w:r>
    </w:p>
    <w:p>
      <w:pPr>
        <w:pStyle w:val="Heading1"/>
      </w:pPr>
      <w:r>
        <w:t>Records Access Revision and Destruction Log</w:t>
      </w:r>
    </w:p>
    <w:p>
      <w:pPr>
        <w:spacing w:after="160"/>
      </w:pPr>
      <w:r>
        <w:t>Do not destroy permanent records or records subject to a legal or safeguarding hold.</w:t>
      </w:r>
    </w:p>
    <w:p>
      <w:pPr>
        <w:keepNext/>
        <w:spacing w:after="20"/>
      </w:pPr>
      <w:r>
        <w:t>Record class and date range</w:t>
      </w:r>
    </w:p>
    <w:p>
      <w:pPr>
        <w:spacing w:after="120"/>
      </w:pPr>
      <w:r>
        <w:rPr>
          <w:color w:val="777777"/>
          <w:sz w:val="18"/>
        </w:rPr>
        <w:t>______________________________________________________________________________</w:t>
      </w:r>
    </w:p>
    <w:p>
      <w:pPr>
        <w:keepNext/>
        <w:spacing w:after="20"/>
      </w:pPr>
      <w:r>
        <w:t>Requested access correction transfer or destruction</w:t>
      </w:r>
    </w:p>
    <w:p>
      <w:pPr>
        <w:spacing w:after="120"/>
      </w:pPr>
      <w:r>
        <w:rPr>
          <w:color w:val="777777"/>
          <w:sz w:val="18"/>
        </w:rPr>
        <w:t>______________________________________________________________________________</w:t>
      </w:r>
    </w:p>
    <w:p>
      <w:pPr>
        <w:keepNext/>
        <w:spacing w:after="20"/>
      </w:pPr>
      <w:r>
        <w:t>Authority and retention requirement</w:t>
      </w:r>
    </w:p>
    <w:p>
      <w:pPr>
        <w:spacing w:after="120"/>
      </w:pPr>
      <w:r>
        <w:rPr>
          <w:color w:val="777777"/>
          <w:sz w:val="18"/>
        </w:rPr>
        <w:t>______________________________________________________________________________</w:t>
      </w:r>
    </w:p>
    <w:p>
      <w:pPr>
        <w:keepNext/>
        <w:spacing w:after="20"/>
      </w:pPr>
      <w:r>
        <w:t>Confidentiality and hold review</w:t>
      </w:r>
    </w:p>
    <w:p>
      <w:pPr>
        <w:spacing w:after="120"/>
      </w:pPr>
      <w:r>
        <w:rPr>
          <w:color w:val="777777"/>
          <w:sz w:val="18"/>
        </w:rPr>
        <w:t>______________________________________________________________________________</w:t>
      </w:r>
    </w:p>
    <w:p>
      <w:pPr>
        <w:keepNext/>
        <w:spacing w:after="20"/>
      </w:pPr>
      <w:r>
        <w:t>Approving person and signature</w:t>
      </w:r>
    </w:p>
    <w:p>
      <w:pPr>
        <w:spacing w:after="120"/>
      </w:pPr>
      <w:r>
        <w:rPr>
          <w:color w:val="777777"/>
          <w:sz w:val="18"/>
        </w:rPr>
        <w:t>______________________________________________________________________________</w:t>
      </w:r>
    </w:p>
    <w:p>
      <w:pPr>
        <w:keepNext/>
        <w:spacing w:after="20"/>
      </w:pPr>
      <w:r>
        <w:t>Method date and responsible person</w:t>
      </w:r>
    </w:p>
    <w:p>
      <w:pPr>
        <w:spacing w:after="120"/>
      </w:pPr>
      <w:r>
        <w:rPr>
          <w:color w:val="777777"/>
          <w:sz w:val="18"/>
        </w:rPr>
        <w:t>______________________________________________________________________________</w:t>
      </w:r>
    </w:p>
    <w:p>
      <w:pPr>
        <w:keepNext/>
        <w:spacing w:after="20"/>
      </w:pPr>
      <w:r>
        <w:t>Permanent originals or backups retained</w:t>
      </w:r>
    </w:p>
    <w:p>
      <w:pPr>
        <w:spacing w:after="120"/>
      </w:pPr>
      <w:r>
        <w:rPr>
          <w:color w:val="777777"/>
          <w:sz w:val="18"/>
        </w:rPr>
        <w:t>______________________________________________________________________________</w:t>
      </w:r>
    </w:p>
    <w:p>
      <w:pPr>
        <w:keepNext/>
        <w:spacing w:after="20"/>
      </w:pPr>
      <w:r>
        <w:t>Custodian certification and log reference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sectPr w:rsidR="00FC693F" w:rsidRPr="0006063C" w:rsidSect="00034616">
      <w:headerReference w:type="default" r:id="rId9"/>
      <w:footerReference w:type="default" r:id="rId10"/>
      <w:pgSz w:w="12240" w:h="15840"/>
      <w:pgMar w:top="1123" w:right="1152" w:bottom="1037" w:left="1152" w:header="490" w:footer="461" w:gutter="0"/>
      <w:cols w:space="720"/>
      <w:docGrid w:linePitch="360"/>
      <w:pgBorders w:offsetFrom="page">
        <w:top w:val="double" w:sz="4" w:space="18" w:color="9B8956"/>
        <w:left w:val="double" w:sz="4" w:space="18" w:color="9B8956"/>
        <w:bottom w:val="double" w:sz="4" w:space="18" w:color="9B8956"/>
        <w:right w:val="double" w:sz="4" w:space="18" w:color="9B8956"/>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sz w:val="16"/>
      </w:rPr>
      <w:t xml:space="preserve">Edition 2026 10 03 R2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imbus Sans" w:hAnsi="Nimbus Sans"/>
        <w:color w:val="000000"/>
        <w:sz w:val="16"/>
      </w:rPr>
      <w:t>THIS GRACE BIBLE CHURCHES  |  PRAECEPTORIUS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9" w:lineRule="auto"/>
      <w:outlineLvl w:val="0"/>
    </w:pPr>
    <w:rPr>
      <w:rFonts w:asciiTheme="majorHAnsi" w:eastAsiaTheme="majorEastAsia" w:hAnsiTheme="majorHAnsi" w:cstheme="majorBidi" w:ascii="URW Bookman" w:hAnsi="URW Book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Nimbus Roman" w:hAnsi="Nimbus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line="259" w:lineRule="auto"/>
      <w:outlineLvl w:val="2"/>
    </w:pPr>
    <w:rPr>
      <w:rFonts w:asciiTheme="majorHAnsi" w:eastAsiaTheme="majorEastAsia" w:hAnsiTheme="majorHAnsi" w:cstheme="majorBidi" w:ascii="Nimbus Roman" w:hAnsi="Nimbus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59" w:lineRule="auto"/>
      <w:contextualSpacing/>
    </w:pPr>
    <w:rPr>
      <w:rFonts w:asciiTheme="majorHAnsi" w:eastAsiaTheme="majorEastAsia" w:hAnsiTheme="majorHAnsi" w:cstheme="majorBidi" w:ascii="URW Bookman" w:hAnsi="URW Bookman"/>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GRACE BIBLE CHURCHES</dc:title>
  <dc:subject>Private unincorporated religious assembly governance</dc:subject>
  <dc:creator>THIS GRACE BIBLE CHURCHES</dc:creator>
  <cp:keywords/>
  <dc:description>generated by python-docx</dc:description>
  <cp:lastModifiedBy/>
  <cp:revision>1</cp:revision>
  <dcterms:created xsi:type="dcterms:W3CDTF">2013-12-23T23:15:00Z</dcterms:created>
  <dcterms:modified xsi:type="dcterms:W3CDTF">2013-12-23T23:15:00Z</dcterms:modified>
  <cp:category/>
</cp:coreProperties>
</file>