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THIS GRACE BIBLE CHURCHES</w:t>
      </w:r>
    </w:p>
    <w:p>
      <w:pPr>
        <w:pStyle w:val="Heading1"/>
        <w:jc w:val="center"/>
      </w:pPr>
      <w:r>
        <w:t>PRAECEPTORIUS</w:t>
      </w:r>
    </w:p>
    <w:p>
      <w:pPr>
        <w:jc w:val="center"/>
      </w:pPr>
      <w:r>
        <w:t>The Elders' Circle / Circle of Elders</w:t>
      </w:r>
    </w:p>
    <w:p>
      <w:pPr>
        <w:pStyle w:val="Heading1"/>
        <w:jc w:val="center"/>
      </w:pPr>
      <w:r>
        <w:t>Ordination and Ministry Credential Packet</w:t>
      </w:r>
    </w:p>
    <w:p>
      <w:pPr>
        <w:jc w:val="center"/>
      </w:pPr>
      <w:r>
        <w:t>Twelve coordinated records for application, examination, recognition, issuance, and later review.</w:t>
      </w:r>
    </w:p>
    <w:p/>
    <w:p>
      <w:pPr>
        <w:jc w:val="center"/>
      </w:pPr>
      <w:r>
        <w:t>A Pauline Dispensational Assembly</w:t>
      </w:r>
    </w:p>
    <w:p>
      <w:pPr>
        <w:jc w:val="center"/>
      </w:pPr>
      <w:r>
        <w:t>Private voluntary unincorporated religious assembly</w:t>
      </w:r>
    </w:p>
    <w:p>
      <w:pPr>
        <w:jc w:val="center"/>
      </w:pPr>
      <w:r>
        <w:t>King James Bible as final written authority</w:t>
      </w:r>
    </w:p>
    <w:p>
      <w:pPr>
        <w:jc w:val="center"/>
      </w:pPr>
      <w:r>
        <w:t>Gospel of Christ  |  1 Corinthians 15:1-4 KJB</w:t>
      </w:r>
    </w:p>
    <w:p>
      <w:pPr>
        <w:jc w:val="center"/>
      </w:pPr>
      <w:r>
        <w:t>Bishop Wesley Ray</w:t>
      </w:r>
    </w:p>
    <w:p>
      <w:pPr>
        <w:jc w:val="center"/>
      </w:pPr>
      <w:r>
        <w:t>Founding Bishop and Sole Initial Member of PRAECEPTORIUS</w:t>
      </w:r>
    </w:p>
    <w:p>
      <w:pPr>
        <w:jc w:val="center"/>
      </w:pPr>
      <w:r>
        <w:t>2100 W M. L. King Jr. Blvd, Ste# 4342</w:t>
        <w:br/>
        <w:t>Tyler TX 75712</w:t>
        <w:br/>
        <w:t>(903) 827-6211</w:t>
        <w:br/>
        <w:t>circleoftheelderstgbc@gmail.com</w:t>
      </w:r>
    </w:p>
    <w:p>
      <w:pPr>
        <w:jc w:val="center"/>
      </w:pPr>
      <w:r>
        <w:t>Edition 2026 10 03 R2</w:t>
      </w:r>
    </w:p>
    <w:p>
      <w:pPr>
        <w:jc w:val="center"/>
      </w:pPr>
      <w:r>
        <w:t>Effective upon actual authorized adoption or execution</w:t>
      </w:r>
    </w:p>
    <w:p>
      <w:r>
        <w:br w:type="page"/>
      </w:r>
    </w:p>
    <w:p>
      <w:pPr>
        <w:pStyle w:val="Heading1"/>
      </w:pPr>
      <w:r>
        <w:t>Packet administration</w:t>
      </w:r>
    </w:p>
    <w:p>
      <w:r>
        <w:t>Use the adopted Credentialing Manual and Discipline Code. Keep one permanent candidate number across all records. Bishop or elder ordination, deacon ordination, current credentials, assignments, and Circle admission are distinct actions. A deacon is excluded from PRAECEPTORIUS unless separately recognized as a bishop or elder and expressly admitted. No blank record certifies a completed action.</w:t>
      </w:r>
    </w:p>
    <w:p>
      <w:r>
        <w:t>01  Ordination or Credential Application</w:t>
      </w:r>
    </w:p>
    <w:p>
      <w:r>
        <w:t>02  Doctrinal Examination</w:t>
      </w:r>
    </w:p>
    <w:p>
      <w:r>
        <w:t>03  Qualification and Reference Review</w:t>
      </w:r>
    </w:p>
    <w:p>
      <w:r>
        <w:t>04  Examination and Recommendation</w:t>
      </w:r>
    </w:p>
    <w:p>
      <w:r>
        <w:t>05  Ecclesiastical Decision and Permanent Record</w:t>
      </w:r>
    </w:p>
    <w:p>
      <w:r>
        <w:t>06  Ordination Service Record</w:t>
      </w:r>
    </w:p>
    <w:p>
      <w:r>
        <w:t>07  Ordination Certificate Issuance</w:t>
      </w:r>
    </w:p>
    <w:p>
      <w:r>
        <w:t>08  Current Ministry Credential Certificate</w:t>
      </w:r>
    </w:p>
    <w:p>
      <w:r>
        <w:t>09  Recognition and Good Standing Letter</w:t>
      </w:r>
    </w:p>
    <w:p>
      <w:r>
        <w:t>10  Credential Status Review</w:t>
      </w:r>
    </w:p>
    <w:p>
      <w:r>
        <w:t>11  Suspension Withdrawal or Restoration Record</w:t>
      </w:r>
    </w:p>
    <w:p>
      <w:r>
        <w:t>12  Permanent Credential and Issuance Register</w:t>
      </w:r>
    </w:p>
    <w:p>
      <w:r>
        <w:t>The Scripture Supplement preserves the charge passages, including 1 Timothy 5:21 KJB, 1 Timothy 6:9-21 KJB, and 2 Timothy 4:1-2 KJB. Use the formal certificate appropriate to the office.</w:t>
      </w:r>
    </w:p>
    <w:p>
      <w:r>
        <w:br w:type="page"/>
      </w:r>
    </w:p>
    <w:p>
      <w:pPr>
        <w:pStyle w:val="Heading2"/>
      </w:pPr>
      <w:r>
        <w:t>Ordination record 01</w:t>
      </w:r>
    </w:p>
    <w:p>
      <w:pPr>
        <w:pStyle w:val="Heading1"/>
      </w:pPr>
      <w:r>
        <w:t>Ordination or Credential Application</w:t>
      </w:r>
    </w:p>
    <w:p>
      <w:pPr>
        <w:spacing w:after="160"/>
      </w:pPr>
      <w:r>
        <w:t>Request examination under the adopted Credentialing Manual. Application is not appointment.</w:t>
      </w:r>
    </w:p>
    <w:p>
      <w:pPr>
        <w:keepNext/>
        <w:spacing w:after="20"/>
      </w:pPr>
      <w:r>
        <w:t>Candidate full name and contact</w:t>
      </w:r>
    </w:p>
    <w:p>
      <w:pPr>
        <w:spacing w:after="120"/>
      </w:pPr>
      <w:r>
        <w:rPr>
          <w:color w:val="777777"/>
          <w:sz w:val="18"/>
        </w:rPr>
        <w:t>______________________________________________________________________________</w:t>
      </w:r>
    </w:p>
    <w:p>
      <w:pPr>
        <w:keepNext/>
        <w:spacing w:after="20"/>
      </w:pPr>
      <w:r>
        <w:t>Office requested bishop elder or deacon</w:t>
      </w:r>
    </w:p>
    <w:p>
      <w:pPr>
        <w:spacing w:after="120"/>
      </w:pPr>
      <w:r>
        <w:rPr>
          <w:color w:val="777777"/>
          <w:sz w:val="18"/>
        </w:rPr>
        <w:t>______________________________________________________________________________</w:t>
      </w:r>
    </w:p>
    <w:p>
      <w:pPr>
        <w:keepNext/>
        <w:spacing w:after="20"/>
      </w:pPr>
      <w:r>
        <w:t>Action ordination credentials or prior ordination recognition</w:t>
      </w:r>
    </w:p>
    <w:p>
      <w:pPr>
        <w:spacing w:after="120"/>
      </w:pPr>
      <w:r>
        <w:rPr>
          <w:color w:val="777777"/>
          <w:sz w:val="18"/>
        </w:rPr>
        <w:t>______________________________________________________________________________</w:t>
      </w:r>
    </w:p>
    <w:p>
      <w:pPr>
        <w:keepNext/>
        <w:spacing w:after="20"/>
      </w:pPr>
      <w:r>
        <w:t>Local assembly and salvation testimony</w:t>
      </w:r>
    </w:p>
    <w:p>
      <w:pPr>
        <w:spacing w:after="120"/>
      </w:pPr>
      <w:r>
        <w:rPr>
          <w:color w:val="777777"/>
          <w:sz w:val="18"/>
        </w:rPr>
        <w:t>______________________________________________________________________________</w:t>
      </w:r>
    </w:p>
    <w:p>
      <w:pPr>
        <w:keepNext/>
        <w:spacing w:after="20"/>
      </w:pPr>
      <w:r>
        <w:t>Study ministry history and references</w:t>
      </w:r>
    </w:p>
    <w:p>
      <w:pPr>
        <w:spacing w:after="120"/>
      </w:pPr>
      <w:r>
        <w:rPr>
          <w:color w:val="777777"/>
          <w:sz w:val="18"/>
        </w:rPr>
        <w:t>______________________________________________________________________________</w:t>
      </w:r>
    </w:p>
    <w:p>
      <w:pPr>
        <w:keepNext/>
        <w:spacing w:after="20"/>
      </w:pPr>
      <w:r>
        <w:t>Relevant household and prior credential matters</w:t>
      </w:r>
    </w:p>
    <w:p>
      <w:pPr>
        <w:spacing w:after="120"/>
      </w:pPr>
      <w:r>
        <w:rPr>
          <w:color w:val="777777"/>
          <w:sz w:val="18"/>
        </w:rPr>
        <w:t>______________________________________________________________________________</w:t>
      </w:r>
    </w:p>
    <w:p>
      <w:pPr>
        <w:keepNext/>
        <w:spacing w:after="20"/>
      </w:pPr>
      <w:r>
        <w:t>Doctrinal reservations or examination attachment</w:t>
      </w:r>
    </w:p>
    <w:p>
      <w:pPr>
        <w:spacing w:after="120"/>
      </w:pPr>
      <w:r>
        <w:rPr>
          <w:color w:val="777777"/>
          <w:sz w:val="18"/>
        </w:rPr>
        <w:t>______________________________________________________________________________</w:t>
      </w:r>
    </w:p>
    <w:p>
      <w:pPr>
        <w:keepNext/>
        <w:spacing w:after="20"/>
      </w:pPr>
      <w:r>
        <w:t>Candidate signature reference permission and date</w:t>
      </w:r>
    </w:p>
    <w:p>
      <w:pPr>
        <w:spacing w:after="120"/>
      </w:pPr>
      <w:r>
        <w:rPr>
          <w:color w:val="777777"/>
          <w:sz w:val="18"/>
        </w:rPr>
        <w:t>______________________________________________________________________________</w:t>
      </w:r>
    </w:p>
    <w:p>
      <w:pPr>
        <w:keepNext/>
        <w:spacing w:after="20"/>
      </w:pPr>
      <w:r>
        <w:t>Received by and permanent number</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Ordination record 02</w:t>
      </w:r>
    </w:p>
    <w:p>
      <w:pPr>
        <w:pStyle w:val="Heading1"/>
      </w:pPr>
      <w:r>
        <w:t>Doctrinal Examination</w:t>
      </w:r>
    </w:p>
    <w:p>
      <w:pPr>
        <w:spacing w:after="160"/>
      </w:pPr>
      <w:r>
        <w:t>Record candidate answers and KJB reasoning, using the adopted Statement of Faith.</w:t>
      </w:r>
    </w:p>
    <w:p>
      <w:pPr>
        <w:keepNext/>
        <w:spacing w:after="20"/>
      </w:pPr>
      <w:r>
        <w:t>Candidate office examiners and date</w:t>
      </w:r>
    </w:p>
    <w:p>
      <w:pPr>
        <w:spacing w:after="120"/>
      </w:pPr>
      <w:r>
        <w:rPr>
          <w:color w:val="777777"/>
          <w:sz w:val="18"/>
        </w:rPr>
        <w:t>______________________________________________________________________________</w:t>
      </w:r>
    </w:p>
    <w:p>
      <w:pPr>
        <w:keepNext/>
        <w:spacing w:after="20"/>
      </w:pPr>
      <w:r>
        <w:t>Gospel of Christ and grace through faith response</w:t>
      </w:r>
    </w:p>
    <w:p>
      <w:pPr>
        <w:spacing w:after="120"/>
      </w:pPr>
      <w:r>
        <w:rPr>
          <w:color w:val="777777"/>
          <w:sz w:val="18"/>
        </w:rPr>
        <w:t>______________________________________________________________________________</w:t>
      </w:r>
    </w:p>
    <w:p>
      <w:pPr>
        <w:keepNext/>
        <w:spacing w:after="20"/>
      </w:pPr>
      <w:r>
        <w:t>KJB authority and right division response</w:t>
      </w:r>
    </w:p>
    <w:p>
      <w:pPr>
        <w:spacing w:after="120"/>
      </w:pPr>
      <w:r>
        <w:rPr>
          <w:color w:val="777777"/>
          <w:sz w:val="18"/>
        </w:rPr>
        <w:t>______________________________________________________________________________</w:t>
      </w:r>
    </w:p>
    <w:p>
      <w:pPr>
        <w:keepNext/>
        <w:spacing w:after="20"/>
      </w:pPr>
      <w:r>
        <w:t>Pauline Mystery Israel and the Body of Christ response</w:t>
      </w:r>
    </w:p>
    <w:p>
      <w:pPr>
        <w:spacing w:after="120"/>
      </w:pPr>
      <w:r>
        <w:rPr>
          <w:color w:val="777777"/>
          <w:sz w:val="18"/>
        </w:rPr>
        <w:t>______________________________________________________________________________</w:t>
      </w:r>
    </w:p>
    <w:p>
      <w:pPr>
        <w:keepNext/>
        <w:spacing w:after="20"/>
      </w:pPr>
      <w:r>
        <w:t>Ordinances assurance and catching away response</w:t>
      </w:r>
    </w:p>
    <w:p>
      <w:pPr>
        <w:spacing w:after="120"/>
      </w:pPr>
      <w:r>
        <w:rPr>
          <w:color w:val="777777"/>
          <w:sz w:val="18"/>
        </w:rPr>
        <w:t>______________________________________________________________________________</w:t>
      </w:r>
    </w:p>
    <w:p>
      <w:pPr>
        <w:keepNext/>
        <w:spacing w:after="20"/>
      </w:pPr>
      <w:r>
        <w:t>Requested office qualifications and duties response</w:t>
      </w:r>
    </w:p>
    <w:p>
      <w:pPr>
        <w:spacing w:after="120"/>
      </w:pPr>
      <w:r>
        <w:rPr>
          <w:color w:val="777777"/>
          <w:sz w:val="18"/>
        </w:rPr>
        <w:t>______________________________________________________________________________</w:t>
      </w:r>
    </w:p>
    <w:p>
      <w:pPr>
        <w:keepNext/>
        <w:spacing w:after="20"/>
      </w:pPr>
      <w:r>
        <w:t>PRAECEPTORIUS bishops and elders only response</w:t>
      </w:r>
    </w:p>
    <w:p>
      <w:pPr>
        <w:spacing w:after="120"/>
      </w:pPr>
      <w:r>
        <w:rPr>
          <w:color w:val="777777"/>
          <w:sz w:val="18"/>
        </w:rPr>
        <w:t>______________________________________________________________________________</w:t>
      </w:r>
    </w:p>
    <w:p>
      <w:pPr>
        <w:keepNext/>
        <w:spacing w:after="20"/>
      </w:pPr>
      <w:r>
        <w:t>Reservations unresolved questions and attachments</w:t>
      </w:r>
    </w:p>
    <w:p>
      <w:pPr>
        <w:spacing w:after="120"/>
      </w:pPr>
      <w:r>
        <w:rPr>
          <w:color w:val="777777"/>
          <w:sz w:val="18"/>
        </w:rPr>
        <w:t>______________________________________________________________________________</w:t>
      </w:r>
    </w:p>
    <w:p>
      <w:pPr>
        <w:keepNext/>
        <w:spacing w:after="20"/>
      </w:pPr>
      <w:r>
        <w:t>Examiner signatures and recommendation</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Ordination record 03</w:t>
      </w:r>
    </w:p>
    <w:p>
      <w:pPr>
        <w:pStyle w:val="Heading1"/>
      </w:pPr>
      <w:r>
        <w:t>Qualification and Reference Review</w:t>
      </w:r>
    </w:p>
    <w:p>
      <w:pPr>
        <w:spacing w:after="160"/>
      </w:pPr>
      <w:r>
        <w:t>Use 1 Timothy 3:1-7 and Titus 1:5-9 KJB for bishops and elders; 1 Timothy 3:8-13 KJB for deacons.</w:t>
      </w:r>
    </w:p>
    <w:p>
      <w:pPr>
        <w:keepNext/>
        <w:spacing w:after="20"/>
      </w:pPr>
      <w:r>
        <w:t>Candidate office and reviewer</w:t>
      </w:r>
    </w:p>
    <w:p>
      <w:pPr>
        <w:spacing w:after="120"/>
      </w:pPr>
      <w:r>
        <w:rPr>
          <w:color w:val="777777"/>
          <w:sz w:val="18"/>
        </w:rPr>
        <w:t>______________________________________________________________________________</w:t>
      </w:r>
    </w:p>
    <w:p>
      <w:pPr>
        <w:keepNext/>
        <w:spacing w:after="20"/>
      </w:pPr>
      <w:r>
        <w:t>Evidence of character marital faithfulness and household</w:t>
      </w:r>
    </w:p>
    <w:p>
      <w:pPr>
        <w:spacing w:after="120"/>
      </w:pPr>
      <w:r>
        <w:rPr>
          <w:color w:val="777777"/>
          <w:sz w:val="18"/>
        </w:rPr>
        <w:t>______________________________________________________________________________</w:t>
      </w:r>
    </w:p>
    <w:p>
      <w:pPr>
        <w:keepNext/>
        <w:spacing w:after="20"/>
      </w:pPr>
      <w:r>
        <w:t>Teaching and oversight ability where applicable</w:t>
      </w:r>
    </w:p>
    <w:p>
      <w:pPr>
        <w:spacing w:after="120"/>
      </w:pPr>
      <w:r>
        <w:rPr>
          <w:color w:val="777777"/>
          <w:sz w:val="18"/>
        </w:rPr>
        <w:t>______________________________________________________________________________</w:t>
      </w:r>
    </w:p>
    <w:p>
      <w:pPr>
        <w:keepNext/>
        <w:spacing w:after="20"/>
      </w:pPr>
      <w:r>
        <w:t>Prior proving maturity testimony and conduct</w:t>
      </w:r>
    </w:p>
    <w:p>
      <w:pPr>
        <w:spacing w:after="120"/>
      </w:pPr>
      <w:r>
        <w:rPr>
          <w:color w:val="777777"/>
          <w:sz w:val="18"/>
        </w:rPr>
        <w:t>______________________________________________________________________________</w:t>
      </w:r>
    </w:p>
    <w:p>
      <w:pPr>
        <w:keepNext/>
        <w:spacing w:after="20"/>
      </w:pPr>
      <w:r>
        <w:t>Reference one relationship contact and statement</w:t>
      </w:r>
    </w:p>
    <w:p>
      <w:pPr>
        <w:spacing w:after="120"/>
      </w:pPr>
      <w:r>
        <w:rPr>
          <w:color w:val="777777"/>
          <w:sz w:val="18"/>
        </w:rPr>
        <w:t>______________________________________________________________________________</w:t>
      </w:r>
    </w:p>
    <w:p>
      <w:pPr>
        <w:keepNext/>
        <w:spacing w:after="20"/>
      </w:pPr>
      <w:r>
        <w:t>Reference two relationship contact and statement</w:t>
      </w:r>
    </w:p>
    <w:p>
      <w:pPr>
        <w:spacing w:after="120"/>
      </w:pPr>
      <w:r>
        <w:rPr>
          <w:color w:val="777777"/>
          <w:sz w:val="18"/>
        </w:rPr>
        <w:t>______________________________________________________________________________</w:t>
      </w:r>
    </w:p>
    <w:p>
      <w:pPr>
        <w:keepNext/>
        <w:spacing w:after="20"/>
      </w:pPr>
      <w:r>
        <w:t>Candidate response to unresolved concerns</w:t>
      </w:r>
    </w:p>
    <w:p>
      <w:pPr>
        <w:spacing w:after="120"/>
      </w:pPr>
      <w:r>
        <w:rPr>
          <w:color w:val="777777"/>
          <w:sz w:val="18"/>
        </w:rPr>
        <w:t>______________________________________________________________________________</w:t>
      </w:r>
    </w:p>
    <w:p>
      <w:pPr>
        <w:keepNext/>
        <w:spacing w:after="20"/>
      </w:pPr>
      <w:r>
        <w:t>Reviewer signature date and attachments</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Ordination record 04</w:t>
      </w:r>
    </w:p>
    <w:p>
      <w:pPr>
        <w:pStyle w:val="Heading1"/>
      </w:pPr>
      <w:r>
        <w:t>Examination and Recommendation</w:t>
      </w:r>
    </w:p>
    <w:p>
      <w:pPr>
        <w:spacing w:after="160"/>
      </w:pPr>
      <w:r>
        <w:t>Examiners advise; the authorized recognition decision is recorded separately.</w:t>
      </w:r>
    </w:p>
    <w:p>
      <w:pPr>
        <w:keepNext/>
        <w:spacing w:after="20"/>
      </w:pPr>
      <w:r>
        <w:t>Candidate requested office and record</w:t>
      </w:r>
    </w:p>
    <w:p>
      <w:pPr>
        <w:spacing w:after="120"/>
      </w:pPr>
      <w:r>
        <w:rPr>
          <w:color w:val="777777"/>
          <w:sz w:val="18"/>
        </w:rPr>
        <w:t>______________________________________________________________________________</w:t>
      </w:r>
    </w:p>
    <w:p>
      <w:pPr>
        <w:keepNext/>
        <w:spacing w:after="20"/>
      </w:pPr>
      <w:r>
        <w:t>Examiner names offices and dates</w:t>
      </w:r>
    </w:p>
    <w:p>
      <w:pPr>
        <w:spacing w:after="120"/>
      </w:pPr>
      <w:r>
        <w:rPr>
          <w:color w:val="777777"/>
          <w:sz w:val="18"/>
        </w:rPr>
        <w:t>______________________________________________________________________________</w:t>
      </w:r>
    </w:p>
    <w:p>
      <w:pPr>
        <w:keepNext/>
        <w:spacing w:after="20"/>
      </w:pPr>
      <w:r>
        <w:t>Materials passages and manual provisions considered</w:t>
      </w:r>
    </w:p>
    <w:p>
      <w:pPr>
        <w:spacing w:after="120"/>
      </w:pPr>
      <w:r>
        <w:rPr>
          <w:color w:val="777777"/>
          <w:sz w:val="18"/>
        </w:rPr>
        <w:t>______________________________________________________________________________</w:t>
      </w:r>
    </w:p>
    <w:p>
      <w:pPr>
        <w:keepNext/>
        <w:spacing w:after="20"/>
      </w:pPr>
      <w:r>
        <w:t>Findings supporting qualification</w:t>
      </w:r>
    </w:p>
    <w:p>
      <w:pPr>
        <w:spacing w:after="120"/>
      </w:pPr>
      <w:r>
        <w:rPr>
          <w:color w:val="777777"/>
          <w:sz w:val="18"/>
        </w:rPr>
        <w:t>______________________________________________________________________________</w:t>
      </w:r>
    </w:p>
    <w:p>
      <w:pPr>
        <w:keepNext/>
        <w:spacing w:after="20"/>
      </w:pPr>
      <w:r>
        <w:t>Unresolved questions and candidate explanations</w:t>
      </w:r>
    </w:p>
    <w:p>
      <w:pPr>
        <w:spacing w:after="120"/>
      </w:pPr>
      <w:r>
        <w:rPr>
          <w:color w:val="777777"/>
          <w:sz w:val="18"/>
        </w:rPr>
        <w:t>______________________________________________________________________________</w:t>
      </w:r>
    </w:p>
    <w:p>
      <w:pPr>
        <w:keepNext/>
        <w:spacing w:after="20"/>
      </w:pPr>
      <w:r>
        <w:t>Recommendation approve defer or decline</w:t>
      </w:r>
    </w:p>
    <w:p>
      <w:pPr>
        <w:spacing w:after="120"/>
      </w:pPr>
      <w:r>
        <w:rPr>
          <w:color w:val="777777"/>
          <w:sz w:val="18"/>
        </w:rPr>
        <w:t>______________________________________________________________________________</w:t>
      </w:r>
    </w:p>
    <w:p>
      <w:pPr>
        <w:keepNext/>
        <w:spacing w:after="20"/>
      </w:pPr>
      <w:r>
        <w:t>Proposed duties or conditions</w:t>
      </w:r>
    </w:p>
    <w:p>
      <w:pPr>
        <w:spacing w:after="120"/>
      </w:pPr>
      <w:r>
        <w:rPr>
          <w:color w:val="777777"/>
          <w:sz w:val="18"/>
        </w:rPr>
        <w:t>______________________________________________________________________________</w:t>
      </w:r>
    </w:p>
    <w:p>
      <w:pPr>
        <w:keepNext/>
        <w:spacing w:after="20"/>
      </w:pPr>
      <w:r>
        <w:t>Examiner signatures and dates</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Ordination record 05</w:t>
      </w:r>
    </w:p>
    <w:p>
      <w:pPr>
        <w:pStyle w:val="Heading1"/>
      </w:pPr>
      <w:r>
        <w:t>Ecclesiastical Decision and Permanent Record</w:t>
      </w:r>
    </w:p>
    <w:p>
      <w:pPr>
        <w:spacing w:after="160"/>
      </w:pPr>
      <w:r>
        <w:t>State each approved action expressly and identify the actual authority.</w:t>
      </w:r>
    </w:p>
    <w:p>
      <w:pPr>
        <w:keepNext/>
        <w:spacing w:after="20"/>
      </w:pPr>
      <w:r>
        <w:t>Candidate exact office and record number</w:t>
      </w:r>
    </w:p>
    <w:p>
      <w:pPr>
        <w:spacing w:after="120"/>
      </w:pPr>
      <w:r>
        <w:rPr>
          <w:color w:val="777777"/>
          <w:sz w:val="18"/>
        </w:rPr>
        <w:t>______________________________________________________________________________</w:t>
      </w:r>
    </w:p>
    <w:p>
      <w:pPr>
        <w:keepNext/>
        <w:spacing w:after="20"/>
      </w:pPr>
      <w:r>
        <w:t>Decision makers and controlling authority</w:t>
      </w:r>
    </w:p>
    <w:p>
      <w:pPr>
        <w:spacing w:after="120"/>
      </w:pPr>
      <w:r>
        <w:rPr>
          <w:color w:val="777777"/>
          <w:sz w:val="18"/>
        </w:rPr>
        <w:t>______________________________________________________________________________</w:t>
      </w:r>
    </w:p>
    <w:p>
      <w:pPr>
        <w:keepNext/>
        <w:spacing w:after="20"/>
      </w:pPr>
      <w:r>
        <w:t>Examination and recommendation references</w:t>
      </w:r>
    </w:p>
    <w:p>
      <w:pPr>
        <w:spacing w:after="120"/>
      </w:pPr>
      <w:r>
        <w:rPr>
          <w:color w:val="777777"/>
          <w:sz w:val="18"/>
        </w:rPr>
        <w:t>______________________________________________________________________________</w:t>
      </w:r>
    </w:p>
    <w:p>
      <w:pPr>
        <w:keepNext/>
        <w:spacing w:after="20"/>
      </w:pPr>
      <w:r>
        <w:t>Result and findings</w:t>
      </w:r>
    </w:p>
    <w:p>
      <w:pPr>
        <w:spacing w:after="120"/>
      </w:pPr>
      <w:r>
        <w:rPr>
          <w:color w:val="777777"/>
          <w:sz w:val="18"/>
        </w:rPr>
        <w:t>______________________________________________________________________________</w:t>
      </w:r>
    </w:p>
    <w:p>
      <w:pPr>
        <w:keepNext/>
        <w:spacing w:after="20"/>
      </w:pPr>
      <w:r>
        <w:t>Ordination credential assignment or recognition approved</w:t>
      </w:r>
    </w:p>
    <w:p>
      <w:pPr>
        <w:spacing w:after="120"/>
      </w:pPr>
      <w:r>
        <w:rPr>
          <w:color w:val="777777"/>
          <w:sz w:val="18"/>
        </w:rPr>
        <w:t>______________________________________________________________________________</w:t>
      </w:r>
    </w:p>
    <w:p>
      <w:pPr>
        <w:keepNext/>
        <w:spacing w:after="20"/>
      </w:pPr>
      <w:r>
        <w:t>Conditions duties effective date and review</w:t>
      </w:r>
    </w:p>
    <w:p>
      <w:pPr>
        <w:spacing w:after="120"/>
      </w:pPr>
      <w:r>
        <w:rPr>
          <w:color w:val="777777"/>
          <w:sz w:val="18"/>
        </w:rPr>
        <w:t>______________________________________________________________________________</w:t>
      </w:r>
    </w:p>
    <w:p>
      <w:pPr>
        <w:keepNext/>
        <w:spacing w:after="20"/>
      </w:pPr>
      <w:r>
        <w:t>Circle admission approved separately YES or NO and reference</w:t>
      </w:r>
    </w:p>
    <w:p>
      <w:pPr>
        <w:spacing w:after="120"/>
      </w:pPr>
      <w:r>
        <w:rPr>
          <w:color w:val="777777"/>
          <w:sz w:val="18"/>
        </w:rPr>
        <w:t>______________________________________________________________________________</w:t>
      </w:r>
    </w:p>
    <w:p>
      <w:pPr>
        <w:keepNext/>
        <w:spacing w:after="20"/>
      </w:pPr>
      <w:r>
        <w:t>Approving signature and date</w:t>
      </w:r>
    </w:p>
    <w:p>
      <w:pPr>
        <w:spacing w:after="120"/>
      </w:pPr>
      <w:r>
        <w:rPr>
          <w:color w:val="777777"/>
          <w:sz w:val="18"/>
        </w:rPr>
        <w:t>______________________________________________________________________________</w:t>
      </w:r>
    </w:p>
    <w:p>
      <w:pPr>
        <w:keepNext/>
        <w:spacing w:after="20"/>
      </w:pPr>
      <w:r>
        <w:t>Candidate notice and permanent register entry</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Ordination record 06</w:t>
      </w:r>
    </w:p>
    <w:p>
      <w:pPr>
        <w:pStyle w:val="Heading1"/>
      </w:pPr>
      <w:r>
        <w:t>Ordination Service Record</w:t>
      </w:r>
    </w:p>
    <w:p>
      <w:pPr>
        <w:spacing w:after="160"/>
      </w:pPr>
      <w:r>
        <w:t>Complete only after the actual approved act, using applicable passages from the Scripture Supplement.</w:t>
      </w:r>
    </w:p>
    <w:p>
      <w:pPr>
        <w:keepNext/>
        <w:spacing w:after="20"/>
      </w:pPr>
      <w:r>
        <w:t>Candidate office and permanent record</w:t>
      </w:r>
    </w:p>
    <w:p>
      <w:pPr>
        <w:spacing w:after="120"/>
      </w:pPr>
      <w:r>
        <w:rPr>
          <w:color w:val="777777"/>
          <w:sz w:val="18"/>
        </w:rPr>
        <w:t>______________________________________________________________________________</w:t>
      </w:r>
    </w:p>
    <w:p>
      <w:pPr>
        <w:keepNext/>
        <w:spacing w:after="20"/>
      </w:pPr>
      <w:r>
        <w:t>Prior approval and authority</w:t>
      </w:r>
    </w:p>
    <w:p>
      <w:pPr>
        <w:spacing w:after="120"/>
      </w:pPr>
      <w:r>
        <w:rPr>
          <w:color w:val="777777"/>
          <w:sz w:val="18"/>
        </w:rPr>
        <w:t>______________________________________________________________________________</w:t>
      </w:r>
    </w:p>
    <w:p>
      <w:pPr>
        <w:keepNext/>
        <w:spacing w:after="20"/>
      </w:pPr>
      <w:r>
        <w:t>Actual ordination date location and method</w:t>
      </w:r>
    </w:p>
    <w:p>
      <w:pPr>
        <w:spacing w:after="120"/>
      </w:pPr>
      <w:r>
        <w:rPr>
          <w:color w:val="777777"/>
          <w:sz w:val="18"/>
        </w:rPr>
        <w:t>______________________________________________________________________________</w:t>
      </w:r>
    </w:p>
    <w:p>
      <w:pPr>
        <w:keepNext/>
        <w:spacing w:after="20"/>
      </w:pPr>
      <w:r>
        <w:t>Presiding officer and participants</w:t>
      </w:r>
    </w:p>
    <w:p>
      <w:pPr>
        <w:spacing w:after="120"/>
      </w:pPr>
      <w:r>
        <w:rPr>
          <w:color w:val="777777"/>
          <w:sz w:val="18"/>
        </w:rPr>
        <w:t>______________________________________________________________________________</w:t>
      </w:r>
    </w:p>
    <w:p>
      <w:pPr>
        <w:keepNext/>
        <w:spacing w:after="20"/>
      </w:pPr>
      <w:r>
        <w:t>Scripture and charge used</w:t>
      </w:r>
    </w:p>
    <w:p>
      <w:pPr>
        <w:spacing w:after="120"/>
      </w:pPr>
      <w:r>
        <w:rPr>
          <w:color w:val="777777"/>
          <w:sz w:val="18"/>
        </w:rPr>
        <w:t>______________________________________________________________________________</w:t>
      </w:r>
    </w:p>
    <w:p>
      <w:pPr>
        <w:keepNext/>
        <w:spacing w:after="20"/>
      </w:pPr>
      <w:r>
        <w:t>Description of actual ecclesiastical act</w:t>
      </w:r>
    </w:p>
    <w:p>
      <w:pPr>
        <w:spacing w:after="120"/>
      </w:pPr>
      <w:r>
        <w:rPr>
          <w:color w:val="777777"/>
          <w:sz w:val="18"/>
        </w:rPr>
        <w:t>______________________________________________________________________________</w:t>
      </w:r>
    </w:p>
    <w:p>
      <w:pPr>
        <w:keepNext/>
        <w:spacing w:after="20"/>
      </w:pPr>
      <w:r>
        <w:t>Limits and certificate number</w:t>
      </w:r>
    </w:p>
    <w:p>
      <w:pPr>
        <w:spacing w:after="120"/>
      </w:pPr>
      <w:r>
        <w:rPr>
          <w:color w:val="777777"/>
          <w:sz w:val="18"/>
        </w:rPr>
        <w:t>______________________________________________________________________________</w:t>
      </w:r>
    </w:p>
    <w:p>
      <w:pPr>
        <w:keepNext/>
        <w:spacing w:after="20"/>
      </w:pPr>
      <w:r>
        <w:t>Presiding signature witness and date</w:t>
      </w:r>
    </w:p>
    <w:p>
      <w:pPr>
        <w:spacing w:after="120"/>
      </w:pPr>
      <w:r>
        <w:rPr>
          <w:color w:val="777777"/>
          <w:sz w:val="18"/>
        </w:rPr>
        <w:t>______________________________________________________________________________</w:t>
      </w:r>
    </w:p>
    <w:p>
      <w:pPr>
        <w:keepNext/>
        <w:spacing w:after="20"/>
      </w:pPr>
      <w:r>
        <w:t>Recorder and delivery reference</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Ordination record 07</w:t>
      </w:r>
    </w:p>
    <w:p>
      <w:pPr>
        <w:pStyle w:val="Heading1"/>
      </w:pPr>
      <w:r>
        <w:t>Ordination Certificate Issuance</w:t>
      </w:r>
    </w:p>
    <w:p>
      <w:pPr>
        <w:spacing w:after="160"/>
      </w:pPr>
      <w:r>
        <w:t>Select the formal bishop or elder certificate or separate deacon certificate. The certificate must match the permanent record.</w:t>
      </w:r>
    </w:p>
    <w:p>
      <w:pPr>
        <w:spacing w:after="160"/>
      </w:pPr>
      <w:r>
        <w:t>A deacon certificate expressly excludes PRAECEPTORIUS membership. A bishop or elder certificate is not itself Circle admission; cite the separate admission if it occurred.</w:t>
      </w:r>
    </w:p>
    <w:p>
      <w:pPr>
        <w:keepNext/>
        <w:spacing w:after="20"/>
      </w:pPr>
      <w:r>
        <w:t>Recipient office and underlying record</w:t>
      </w:r>
    </w:p>
    <w:p>
      <w:pPr>
        <w:spacing w:after="120"/>
      </w:pPr>
      <w:r>
        <w:rPr>
          <w:color w:val="777777"/>
          <w:sz w:val="18"/>
        </w:rPr>
        <w:t>______________________________________________________________________________</w:t>
      </w:r>
    </w:p>
    <w:p>
      <w:pPr>
        <w:keepNext/>
        <w:spacing w:after="20"/>
      </w:pPr>
      <w:r>
        <w:t>Actual ordination date and location</w:t>
      </w:r>
    </w:p>
    <w:p>
      <w:pPr>
        <w:spacing w:after="120"/>
      </w:pPr>
      <w:r>
        <w:rPr>
          <w:color w:val="777777"/>
          <w:sz w:val="18"/>
        </w:rPr>
        <w:t>______________________________________________________________________________</w:t>
      </w:r>
    </w:p>
    <w:p>
      <w:pPr>
        <w:keepNext/>
        <w:spacing w:after="20"/>
      </w:pPr>
      <w:r>
        <w:t>Approved certificate type and number</w:t>
      </w:r>
    </w:p>
    <w:p>
      <w:pPr>
        <w:spacing w:after="120"/>
      </w:pPr>
      <w:r>
        <w:rPr>
          <w:color w:val="777777"/>
          <w:sz w:val="18"/>
        </w:rPr>
        <w:t>______________________________________________________________________________</w:t>
      </w:r>
    </w:p>
    <w:p>
      <w:pPr>
        <w:keepNext/>
        <w:spacing w:after="20"/>
      </w:pPr>
      <w:r>
        <w:t>Scriptural charge supplement reference</w:t>
      </w:r>
    </w:p>
    <w:p>
      <w:pPr>
        <w:spacing w:after="120"/>
      </w:pPr>
      <w:r>
        <w:rPr>
          <w:color w:val="777777"/>
          <w:sz w:val="18"/>
        </w:rPr>
        <w:t>______________________________________________________________________________</w:t>
      </w:r>
    </w:p>
    <w:p>
      <w:pPr>
        <w:keepNext/>
        <w:spacing w:after="20"/>
      </w:pPr>
      <w:r>
        <w:t>Conditions or limits</w:t>
      </w:r>
    </w:p>
    <w:p>
      <w:pPr>
        <w:spacing w:after="120"/>
      </w:pPr>
      <w:r>
        <w:rPr>
          <w:color w:val="777777"/>
          <w:sz w:val="18"/>
        </w:rPr>
        <w:t>______________________________________________________________________________</w:t>
      </w:r>
    </w:p>
    <w:p>
      <w:pPr>
        <w:keepNext/>
        <w:spacing w:after="20"/>
      </w:pPr>
      <w:r>
        <w:t>Issuing officer signature and date</w:t>
      </w:r>
    </w:p>
    <w:p>
      <w:pPr>
        <w:spacing w:after="120"/>
      </w:pPr>
      <w:r>
        <w:rPr>
          <w:color w:val="777777"/>
          <w:sz w:val="18"/>
        </w:rPr>
        <w:t>______________________________________________________________________________</w:t>
      </w:r>
    </w:p>
    <w:p>
      <w:pPr>
        <w:keepNext/>
        <w:spacing w:after="20"/>
      </w:pPr>
      <w:r>
        <w:t>Additional authorized signature if used</w:t>
      </w:r>
    </w:p>
    <w:p>
      <w:pPr>
        <w:spacing w:after="120"/>
      </w:pPr>
      <w:r>
        <w:rPr>
          <w:color w:val="777777"/>
          <w:sz w:val="18"/>
        </w:rPr>
        <w:t>______________________________________________________________________________</w:t>
      </w:r>
    </w:p>
    <w:p>
      <w:pPr>
        <w:keepNext/>
        <w:spacing w:after="20"/>
      </w:pPr>
      <w:r>
        <w:t>Recipient delivery and retained copy</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Ordination record 08</w:t>
      </w:r>
    </w:p>
    <w:p>
      <w:pPr>
        <w:pStyle w:val="Heading1"/>
      </w:pPr>
      <w:r>
        <w:t>Current Ministry Credential Certificate</w:t>
      </w:r>
    </w:p>
    <w:p>
      <w:pPr>
        <w:spacing w:after="160"/>
      </w:pPr>
      <w:r>
        <w:t>This template becomes a credential only after authorized completion and signature.</w:t>
      </w:r>
    </w:p>
    <w:p>
      <w:pPr>
        <w:spacing w:after="160"/>
      </w:pPr>
      <w:r>
        <w:t>TGBC recognizes the recorded ministry authority stated here, subject to continuing qualification, the governing instruments, and authorized review. This credential grants no property ownership, government license, or separate ordination by itself.</w:t>
      </w:r>
    </w:p>
    <w:p>
      <w:pPr>
        <w:keepNext/>
        <w:spacing w:after="20"/>
      </w:pPr>
      <w:r>
        <w:t>Minister full name and recognized office</w:t>
      </w:r>
    </w:p>
    <w:p>
      <w:pPr>
        <w:spacing w:after="120"/>
      </w:pPr>
      <w:r>
        <w:rPr>
          <w:color w:val="777777"/>
          <w:sz w:val="18"/>
        </w:rPr>
        <w:t>______________________________________________________________________________</w:t>
      </w:r>
    </w:p>
    <w:p>
      <w:pPr>
        <w:keepNext/>
        <w:spacing w:after="20"/>
      </w:pPr>
      <w:r>
        <w:t>Local assembly and assigned ministry</w:t>
      </w:r>
    </w:p>
    <w:p>
      <w:pPr>
        <w:spacing w:after="120"/>
      </w:pPr>
      <w:r>
        <w:rPr>
          <w:color w:val="777777"/>
          <w:sz w:val="18"/>
        </w:rPr>
        <w:t>______________________________________________________________________________</w:t>
      </w:r>
    </w:p>
    <w:p>
      <w:pPr>
        <w:keepNext/>
        <w:spacing w:after="20"/>
      </w:pPr>
      <w:r>
        <w:t>Permanent approval and credential numbers</w:t>
      </w:r>
    </w:p>
    <w:p>
      <w:pPr>
        <w:spacing w:after="120"/>
      </w:pPr>
      <w:r>
        <w:rPr>
          <w:color w:val="777777"/>
          <w:sz w:val="18"/>
        </w:rPr>
        <w:t>______________________________________________________________________________</w:t>
      </w:r>
    </w:p>
    <w:p>
      <w:pPr>
        <w:keepNext/>
        <w:spacing w:after="20"/>
      </w:pPr>
      <w:r>
        <w:t>Effective date and review date</w:t>
      </w:r>
    </w:p>
    <w:p>
      <w:pPr>
        <w:spacing w:after="120"/>
      </w:pPr>
      <w:r>
        <w:rPr>
          <w:color w:val="777777"/>
          <w:sz w:val="18"/>
        </w:rPr>
        <w:t>______________________________________________________________________________</w:t>
      </w:r>
    </w:p>
    <w:p>
      <w:pPr>
        <w:keepNext/>
        <w:spacing w:after="20"/>
      </w:pPr>
      <w:r>
        <w:t>Scope of work and limitations</w:t>
      </w:r>
    </w:p>
    <w:p>
      <w:pPr>
        <w:spacing w:after="120"/>
      </w:pPr>
      <w:r>
        <w:rPr>
          <w:color w:val="777777"/>
          <w:sz w:val="18"/>
        </w:rPr>
        <w:t>______________________________________________________________________________</w:t>
      </w:r>
    </w:p>
    <w:p>
      <w:pPr>
        <w:keepNext/>
        <w:spacing w:after="20"/>
      </w:pPr>
      <w:r>
        <w:t>Current Circle status and separate reference if a member</w:t>
      </w:r>
    </w:p>
    <w:p>
      <w:pPr>
        <w:spacing w:after="120"/>
      </w:pPr>
      <w:r>
        <w:rPr>
          <w:color w:val="777777"/>
          <w:sz w:val="18"/>
        </w:rPr>
        <w:t>______________________________________________________________________________</w:t>
      </w:r>
    </w:p>
    <w:p>
      <w:pPr>
        <w:keepNext/>
        <w:spacing w:after="20"/>
      </w:pPr>
      <w:r>
        <w:t>Issuing officer signature office and date</w:t>
      </w:r>
    </w:p>
    <w:p>
      <w:pPr>
        <w:spacing w:after="120"/>
      </w:pPr>
      <w:r>
        <w:rPr>
          <w:color w:val="777777"/>
          <w:sz w:val="18"/>
        </w:rPr>
        <w:t>______________________________________________________________________________</w:t>
      </w:r>
    </w:p>
    <w:p>
      <w:pPr>
        <w:keepNext/>
        <w:spacing w:after="20"/>
      </w:pPr>
      <w:r>
        <w:t>Recipient copy and issuance register</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Ordination record 09</w:t>
      </w:r>
    </w:p>
    <w:p>
      <w:pPr>
        <w:pStyle w:val="Heading1"/>
      </w:pPr>
      <w:r>
        <w:t>Recognition and Good Standing Letter</w:t>
      </w:r>
    </w:p>
    <w:p>
      <w:pPr>
        <w:spacing w:after="160"/>
      </w:pPr>
      <w:r>
        <w:t>Verify present status as of the issue date; do not omit current restrictions.</w:t>
      </w:r>
    </w:p>
    <w:p>
      <w:pPr>
        <w:spacing w:after="160"/>
      </w:pPr>
      <w:r>
        <w:t>TGBC confirms the actual recognition stated above as of the issue date. Recognition remains subject to continuing qualification and TGBC procedures. The receiving body determines its acceptance requirements.</w:t>
      </w:r>
    </w:p>
    <w:p>
      <w:pPr>
        <w:keepNext/>
        <w:spacing w:after="20"/>
      </w:pPr>
      <w:r>
        <w:t>Issue date recipient and purpose</w:t>
      </w:r>
    </w:p>
    <w:p>
      <w:pPr>
        <w:spacing w:after="120"/>
      </w:pPr>
      <w:r>
        <w:rPr>
          <w:color w:val="777777"/>
          <w:sz w:val="18"/>
        </w:rPr>
        <w:t>______________________________________________________________________________</w:t>
      </w:r>
    </w:p>
    <w:p>
      <w:pPr>
        <w:keepNext/>
        <w:spacing w:after="20"/>
      </w:pPr>
      <w:r>
        <w:t>Minister office and local assembly</w:t>
      </w:r>
    </w:p>
    <w:p>
      <w:pPr>
        <w:spacing w:after="120"/>
      </w:pPr>
      <w:r>
        <w:rPr>
          <w:color w:val="777777"/>
          <w:sz w:val="18"/>
        </w:rPr>
        <w:t>______________________________________________________________________________</w:t>
      </w:r>
    </w:p>
    <w:p>
      <w:pPr>
        <w:keepNext/>
        <w:spacing w:after="20"/>
      </w:pPr>
      <w:r>
        <w:t>Ordination and credential references</w:t>
      </w:r>
    </w:p>
    <w:p>
      <w:pPr>
        <w:spacing w:after="120"/>
      </w:pPr>
      <w:r>
        <w:rPr>
          <w:color w:val="777777"/>
          <w:sz w:val="18"/>
        </w:rPr>
        <w:t>______________________________________________________________________________</w:t>
      </w:r>
    </w:p>
    <w:p>
      <w:pPr>
        <w:keepNext/>
        <w:spacing w:after="20"/>
      </w:pPr>
      <w:r>
        <w:t>Current good standing or limited recognition status</w:t>
      </w:r>
    </w:p>
    <w:p>
      <w:pPr>
        <w:spacing w:after="120"/>
      </w:pPr>
      <w:r>
        <w:rPr>
          <w:color w:val="777777"/>
          <w:sz w:val="18"/>
        </w:rPr>
        <w:t>______________________________________________________________________________</w:t>
      </w:r>
    </w:p>
    <w:p>
      <w:pPr>
        <w:keepNext/>
        <w:spacing w:after="20"/>
      </w:pPr>
      <w:r>
        <w:t>Duties and recorded conditions</w:t>
      </w:r>
    </w:p>
    <w:p>
      <w:pPr>
        <w:spacing w:after="120"/>
      </w:pPr>
      <w:r>
        <w:rPr>
          <w:color w:val="777777"/>
          <w:sz w:val="18"/>
        </w:rPr>
        <w:t>______________________________________________________________________________</w:t>
      </w:r>
    </w:p>
    <w:p>
      <w:pPr>
        <w:keepNext/>
        <w:spacing w:after="20"/>
      </w:pPr>
      <w:r>
        <w:t>Circle status bishops or elders only if expressly admitted</w:t>
      </w:r>
    </w:p>
    <w:p>
      <w:pPr>
        <w:spacing w:after="120"/>
      </w:pPr>
      <w:r>
        <w:rPr>
          <w:color w:val="777777"/>
          <w:sz w:val="18"/>
        </w:rPr>
        <w:t>______________________________________________________________________________</w:t>
      </w:r>
    </w:p>
    <w:p>
      <w:pPr>
        <w:keepNext/>
        <w:spacing w:after="20"/>
      </w:pPr>
      <w:r>
        <w:t>Verification contact and authorized signature</w:t>
      </w:r>
    </w:p>
    <w:p>
      <w:pPr>
        <w:spacing w:after="120"/>
      </w:pPr>
      <w:r>
        <w:rPr>
          <w:color w:val="777777"/>
          <w:sz w:val="18"/>
        </w:rPr>
        <w:t>______________________________________________________________________________</w:t>
      </w:r>
    </w:p>
    <w:p>
      <w:pPr>
        <w:keepNext/>
        <w:spacing w:after="20"/>
      </w:pPr>
      <w:r>
        <w:t>Copy retained and permanent record</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Ordination record 10</w:t>
      </w:r>
    </w:p>
    <w:p>
      <w:pPr>
        <w:pStyle w:val="Heading1"/>
      </w:pPr>
      <w:r>
        <w:t>Credential Status Review</w:t>
      </w:r>
    </w:p>
    <w:p>
      <w:pPr>
        <w:spacing w:after="160"/>
      </w:pPr>
      <w:r>
        <w:t>Review at least annually and earlier on substantial evidence; retain historic ordination facts separately.</w:t>
      </w:r>
    </w:p>
    <w:p>
      <w:pPr>
        <w:keepNext/>
        <w:spacing w:after="20"/>
      </w:pPr>
      <w:r>
        <w:t>Minister office credential and permanent number</w:t>
      </w:r>
    </w:p>
    <w:p>
      <w:pPr>
        <w:spacing w:after="120"/>
      </w:pPr>
      <w:r>
        <w:rPr>
          <w:color w:val="777777"/>
          <w:sz w:val="18"/>
        </w:rPr>
        <w:t>______________________________________________________________________________</w:t>
      </w:r>
    </w:p>
    <w:p>
      <w:pPr>
        <w:keepNext/>
        <w:spacing w:after="20"/>
      </w:pPr>
      <w:r>
        <w:t>Review date reviewers and governing authority</w:t>
      </w:r>
    </w:p>
    <w:p>
      <w:pPr>
        <w:spacing w:after="120"/>
      </w:pPr>
      <w:r>
        <w:rPr>
          <w:color w:val="777777"/>
          <w:sz w:val="18"/>
        </w:rPr>
        <w:t>______________________________________________________________________________</w:t>
      </w:r>
    </w:p>
    <w:p>
      <w:pPr>
        <w:keepNext/>
        <w:spacing w:after="20"/>
      </w:pPr>
      <w:r>
        <w:t>Doctrine conduct household and assignment review</w:t>
      </w:r>
    </w:p>
    <w:p>
      <w:pPr>
        <w:spacing w:after="120"/>
      </w:pPr>
      <w:r>
        <w:rPr>
          <w:color w:val="777777"/>
          <w:sz w:val="18"/>
        </w:rPr>
        <w:t>______________________________________________________________________________</w:t>
      </w:r>
    </w:p>
    <w:p>
      <w:pPr>
        <w:keepNext/>
        <w:spacing w:after="20"/>
      </w:pPr>
      <w:r>
        <w:t>Material concerns and candidate response</w:t>
      </w:r>
    </w:p>
    <w:p>
      <w:pPr>
        <w:spacing w:after="120"/>
      </w:pPr>
      <w:r>
        <w:rPr>
          <w:color w:val="777777"/>
          <w:sz w:val="18"/>
        </w:rPr>
        <w:t>______________________________________________________________________________</w:t>
      </w:r>
    </w:p>
    <w:p>
      <w:pPr>
        <w:keepNext/>
        <w:spacing w:after="20"/>
      </w:pPr>
      <w:r>
        <w:t>Evidence and relevant prior limits</w:t>
      </w:r>
    </w:p>
    <w:p>
      <w:pPr>
        <w:spacing w:after="120"/>
      </w:pPr>
      <w:r>
        <w:rPr>
          <w:color w:val="777777"/>
          <w:sz w:val="18"/>
        </w:rPr>
        <w:t>______________________________________________________________________________</w:t>
      </w:r>
    </w:p>
    <w:p>
      <w:pPr>
        <w:keepNext/>
        <w:spacing w:after="20"/>
      </w:pPr>
      <w:r>
        <w:t>Current result or further examination needed</w:t>
      </w:r>
    </w:p>
    <w:p>
      <w:pPr>
        <w:spacing w:after="120"/>
      </w:pPr>
      <w:r>
        <w:rPr>
          <w:color w:val="777777"/>
          <w:sz w:val="18"/>
        </w:rPr>
        <w:t>______________________________________________________________________________</w:t>
      </w:r>
    </w:p>
    <w:p>
      <w:pPr>
        <w:keepNext/>
        <w:spacing w:after="20"/>
      </w:pPr>
      <w:r>
        <w:t>Effect on Circle participation if applicable</w:t>
      </w:r>
    </w:p>
    <w:p>
      <w:pPr>
        <w:spacing w:after="120"/>
      </w:pPr>
      <w:r>
        <w:rPr>
          <w:color w:val="777777"/>
          <w:sz w:val="18"/>
        </w:rPr>
        <w:t>______________________________________________________________________________</w:t>
      </w:r>
    </w:p>
    <w:p>
      <w:pPr>
        <w:keepNext/>
        <w:spacing w:after="20"/>
      </w:pPr>
      <w:r>
        <w:t>Next review notice and reviewer signatures</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Ordination record 11</w:t>
      </w:r>
    </w:p>
    <w:p>
      <w:pPr>
        <w:pStyle w:val="Heading1"/>
      </w:pPr>
      <w:r>
        <w:t>Suspension Withdrawal or Restoration Record</w:t>
      </w:r>
    </w:p>
    <w:p>
      <w:pPr>
        <w:spacing w:after="160"/>
      </w:pPr>
      <w:r>
        <w:t>Use the Discipline Code and record each affected status separately.</w:t>
      </w:r>
    </w:p>
    <w:p>
      <w:pPr>
        <w:keepNext/>
        <w:spacing w:after="20"/>
      </w:pPr>
      <w:r>
        <w:t>Minister office and permanent number</w:t>
      </w:r>
    </w:p>
    <w:p>
      <w:pPr>
        <w:spacing w:after="120"/>
      </w:pPr>
      <w:r>
        <w:rPr>
          <w:color w:val="777777"/>
          <w:sz w:val="18"/>
        </w:rPr>
        <w:t>______________________________________________________________________________</w:t>
      </w:r>
    </w:p>
    <w:p>
      <w:pPr>
        <w:keepNext/>
        <w:spacing w:after="20"/>
      </w:pPr>
      <w:r>
        <w:t>Prior action authority and notices</w:t>
      </w:r>
    </w:p>
    <w:p>
      <w:pPr>
        <w:spacing w:after="120"/>
      </w:pPr>
      <w:r>
        <w:rPr>
          <w:color w:val="777777"/>
          <w:sz w:val="18"/>
        </w:rPr>
        <w:t>______________________________________________________________________________</w:t>
      </w:r>
    </w:p>
    <w:p>
      <w:pPr>
        <w:keepNext/>
        <w:spacing w:after="20"/>
      </w:pPr>
      <w:r>
        <w:t>Evidence response and independent review</w:t>
      </w:r>
    </w:p>
    <w:p>
      <w:pPr>
        <w:spacing w:after="120"/>
      </w:pPr>
      <w:r>
        <w:rPr>
          <w:color w:val="777777"/>
          <w:sz w:val="18"/>
        </w:rPr>
        <w:t>______________________________________________________________________________</w:t>
      </w:r>
    </w:p>
    <w:p>
      <w:pPr>
        <w:keepNext/>
        <w:spacing w:after="20"/>
      </w:pPr>
      <w:r>
        <w:t>Final findings and authorized action</w:t>
      </w:r>
    </w:p>
    <w:p>
      <w:pPr>
        <w:spacing w:after="120"/>
      </w:pPr>
      <w:r>
        <w:rPr>
          <w:color w:val="777777"/>
          <w:sz w:val="18"/>
        </w:rPr>
        <w:t>______________________________________________________________________________</w:t>
      </w:r>
    </w:p>
    <w:p>
      <w:pPr>
        <w:keepNext/>
        <w:spacing w:after="20"/>
      </w:pPr>
      <w:r>
        <w:t>Effects on duties credentials Circle and fellowship</w:t>
      </w:r>
    </w:p>
    <w:p>
      <w:pPr>
        <w:spacing w:after="120"/>
      </w:pPr>
      <w:r>
        <w:rPr>
          <w:color w:val="777777"/>
          <w:sz w:val="18"/>
        </w:rPr>
        <w:t>______________________________________________________________________________</w:t>
      </w:r>
    </w:p>
    <w:p>
      <w:pPr>
        <w:keepNext/>
        <w:spacing w:after="20"/>
      </w:pPr>
      <w:r>
        <w:t>Restoration conditions and renewed qualification</w:t>
      </w:r>
    </w:p>
    <w:p>
      <w:pPr>
        <w:spacing w:after="120"/>
      </w:pPr>
      <w:r>
        <w:rPr>
          <w:color w:val="777777"/>
          <w:sz w:val="18"/>
        </w:rPr>
        <w:t>______________________________________________________________________________</w:t>
      </w:r>
    </w:p>
    <w:p>
      <w:pPr>
        <w:keepNext/>
        <w:spacing w:after="20"/>
      </w:pPr>
      <w:r>
        <w:t>Effective date review rights and notices</w:t>
      </w:r>
    </w:p>
    <w:p>
      <w:pPr>
        <w:spacing w:after="120"/>
      </w:pPr>
      <w:r>
        <w:rPr>
          <w:color w:val="777777"/>
          <w:sz w:val="18"/>
        </w:rPr>
        <w:t>______________________________________________________________________________</w:t>
      </w:r>
    </w:p>
    <w:p>
      <w:pPr>
        <w:keepNext/>
        <w:spacing w:after="20"/>
      </w:pPr>
      <w:r>
        <w:t>Authorized signatures</w:t>
      </w:r>
    </w:p>
    <w:p>
      <w:pPr>
        <w:spacing w:after="120"/>
      </w:pPr>
      <w:r>
        <w:rPr>
          <w:color w:val="777777"/>
          <w:sz w:val="18"/>
        </w:rPr>
        <w:t>______________________________________________________________________________</w:t>
      </w:r>
    </w:p>
    <w:p>
      <w:pPr>
        <w:keepNext/>
        <w:spacing w:after="20"/>
      </w:pPr>
      <w:r>
        <w:t>Issuance updates and permanent entry</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p>
      <w:r>
        <w:br w:type="page"/>
      </w:r>
    </w:p>
    <w:p>
      <w:pPr>
        <w:pStyle w:val="Heading2"/>
      </w:pPr>
      <w:r>
        <w:t>Ordination record 12</w:t>
      </w:r>
    </w:p>
    <w:p>
      <w:pPr>
        <w:pStyle w:val="Heading1"/>
      </w:pPr>
      <w:r>
        <w:t>Permanent Credential and Issuance Register</w:t>
      </w:r>
    </w:p>
    <w:p>
      <w:pPr>
        <w:spacing w:after="160"/>
      </w:pPr>
      <w:r>
        <w:t>Use one entry per minister and additional sheets for each issuance or change.</w:t>
      </w:r>
    </w:p>
    <w:p>
      <w:pPr>
        <w:keepNext/>
        <w:spacing w:after="20"/>
      </w:pPr>
      <w:r>
        <w:t>Minister full name office and permanent number</w:t>
      </w:r>
    </w:p>
    <w:p>
      <w:pPr>
        <w:spacing w:after="120"/>
      </w:pPr>
      <w:r>
        <w:rPr>
          <w:color w:val="777777"/>
          <w:sz w:val="18"/>
        </w:rPr>
        <w:t>______________________________________________________________________________</w:t>
      </w:r>
    </w:p>
    <w:p>
      <w:pPr>
        <w:keepNext/>
        <w:spacing w:after="20"/>
      </w:pPr>
      <w:r>
        <w:t>Application examination and decision dates</w:t>
      </w:r>
    </w:p>
    <w:p>
      <w:pPr>
        <w:spacing w:after="120"/>
      </w:pPr>
      <w:r>
        <w:rPr>
          <w:color w:val="777777"/>
          <w:sz w:val="18"/>
        </w:rPr>
        <w:t>______________________________________________________________________________</w:t>
      </w:r>
    </w:p>
    <w:p>
      <w:pPr>
        <w:keepNext/>
        <w:spacing w:after="20"/>
      </w:pPr>
      <w:r>
        <w:t>Actual ordination date and recognition body</w:t>
      </w:r>
    </w:p>
    <w:p>
      <w:pPr>
        <w:spacing w:after="120"/>
      </w:pPr>
      <w:r>
        <w:rPr>
          <w:color w:val="777777"/>
          <w:sz w:val="18"/>
        </w:rPr>
        <w:t>______________________________________________________________________________</w:t>
      </w:r>
    </w:p>
    <w:p>
      <w:pPr>
        <w:keepNext/>
        <w:spacing w:after="20"/>
      </w:pPr>
      <w:r>
        <w:t>Current status and effective date</w:t>
      </w:r>
    </w:p>
    <w:p>
      <w:pPr>
        <w:spacing w:after="120"/>
      </w:pPr>
      <w:r>
        <w:rPr>
          <w:color w:val="777777"/>
          <w:sz w:val="18"/>
        </w:rPr>
        <w:t>______________________________________________________________________________</w:t>
      </w:r>
    </w:p>
    <w:p>
      <w:pPr>
        <w:keepNext/>
        <w:spacing w:after="20"/>
      </w:pPr>
      <w:r>
        <w:t>Circle admission reference only for admitted bishop or elder</w:t>
      </w:r>
    </w:p>
    <w:p>
      <w:pPr>
        <w:spacing w:after="120"/>
      </w:pPr>
      <w:r>
        <w:rPr>
          <w:color w:val="777777"/>
          <w:sz w:val="18"/>
        </w:rPr>
        <w:t>______________________________________________________________________________</w:t>
      </w:r>
    </w:p>
    <w:p>
      <w:pPr>
        <w:keepNext/>
        <w:spacing w:after="20"/>
      </w:pPr>
      <w:r>
        <w:t>Document type number issue date and signer</w:t>
      </w:r>
    </w:p>
    <w:p>
      <w:pPr>
        <w:spacing w:after="120"/>
      </w:pPr>
      <w:r>
        <w:rPr>
          <w:color w:val="777777"/>
          <w:sz w:val="18"/>
        </w:rPr>
        <w:t>______________________________________________________________________________</w:t>
      </w:r>
    </w:p>
    <w:p>
      <w:pPr>
        <w:keepNext/>
        <w:spacing w:after="20"/>
      </w:pPr>
      <w:r>
        <w:t>Underlying authority limits and delivery</w:t>
      </w:r>
    </w:p>
    <w:p>
      <w:pPr>
        <w:spacing w:after="120"/>
      </w:pPr>
      <w:r>
        <w:rPr>
          <w:color w:val="777777"/>
          <w:sz w:val="18"/>
        </w:rPr>
        <w:t>______________________________________________________________________________</w:t>
      </w:r>
    </w:p>
    <w:p>
      <w:pPr>
        <w:keepNext/>
        <w:spacing w:after="20"/>
      </w:pPr>
      <w:r>
        <w:t>Replacement status change and review references</w:t>
      </w:r>
    </w:p>
    <w:p>
      <w:pPr>
        <w:spacing w:after="120"/>
      </w:pPr>
      <w:r>
        <w:rPr>
          <w:color w:val="777777"/>
          <w:sz w:val="18"/>
        </w:rPr>
        <w:t>______________________________________________________________________________</w:t>
      </w:r>
    </w:p>
    <w:p>
      <w:pPr>
        <w:keepNext/>
        <w:spacing w:after="20"/>
      </w:pPr>
      <w:r>
        <w:t>Custodian signature and supporting locations</w:t>
      </w:r>
    </w:p>
    <w:p>
      <w:pPr>
        <w:spacing w:after="120"/>
      </w:pPr>
      <w:r>
        <w:rPr>
          <w:color w:val="777777"/>
          <w:sz w:val="18"/>
        </w:rPr>
        <w:t>______________________________________________________________________________</w:t>
      </w:r>
    </w:p>
    <w:p>
      <w:pPr>
        <w:spacing w:before="120"/>
      </w:pPr>
      <w:r>
        <w:rPr>
          <w:sz w:val="18"/>
        </w:rPr>
        <w:t>Record reference ____________________   Attachments __________</w:t>
      </w:r>
    </w:p>
    <w:sectPr w:rsidR="00FC693F" w:rsidRPr="0006063C" w:rsidSect="00034616">
      <w:headerReference w:type="default" r:id="rId9"/>
      <w:footerReference w:type="default" r:id="rId10"/>
      <w:pgSz w:w="12240" w:h="15840"/>
      <w:pgMar w:top="1123" w:right="1152" w:bottom="1037" w:left="1152" w:header="490" w:footer="461" w:gutter="0"/>
      <w:cols w:space="720"/>
      <w:docGrid w:linePitch="360"/>
      <w:pgBorders w:offsetFrom="page">
        <w:top w:val="double" w:sz="4" w:space="18" w:color="9B8956"/>
        <w:left w:val="double" w:sz="4" w:space="18" w:color="9B8956"/>
        <w:bottom w:val="double" w:sz="4" w:space="18" w:color="9B8956"/>
        <w:right w:val="double" w:sz="4" w:space="18" w:color="9B8956"/>
      </w:pgBorder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imbus Sans" w:hAnsi="Nimbus Sans"/>
        <w:sz w:val="16"/>
      </w:rPr>
      <w:t xml:space="preserve">Edition 2026 10 03 R2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imbus Sans" w:hAnsi="Nimbus Sans"/>
        <w:color w:val="000000"/>
        <w:sz w:val="16"/>
      </w:rPr>
      <w:t>THIS GRACE BIBLE CHURCHES  |  PRAECEPTORIUS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9" w:lineRule="auto"/>
    </w:pPr>
    <w:rPr>
      <w:rFonts w:ascii="Nimbus Roman" w:hAnsi="Nimbus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line="259" w:lineRule="auto"/>
      <w:outlineLvl w:val="0"/>
    </w:pPr>
    <w:rPr>
      <w:rFonts w:asciiTheme="majorHAnsi" w:eastAsiaTheme="majorEastAsia" w:hAnsiTheme="majorHAnsi" w:cstheme="majorBidi" w:ascii="URW Bookman" w:hAnsi="URW Bookman"/>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20" w:line="259" w:lineRule="auto"/>
      <w:outlineLvl w:val="1"/>
    </w:pPr>
    <w:rPr>
      <w:rFonts w:asciiTheme="majorHAnsi" w:eastAsiaTheme="majorEastAsia" w:hAnsiTheme="majorHAnsi" w:cstheme="majorBidi" w:ascii="Nimbus Roman" w:hAnsi="Nimbus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120" w:line="259" w:lineRule="auto"/>
      <w:outlineLvl w:val="2"/>
    </w:pPr>
    <w:rPr>
      <w:rFonts w:asciiTheme="majorHAnsi" w:eastAsiaTheme="majorEastAsia" w:hAnsiTheme="majorHAnsi" w:cstheme="majorBidi" w:ascii="Nimbus Roman" w:hAnsi="Nimbus Roman"/>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59" w:lineRule="auto"/>
      <w:contextualSpacing/>
    </w:pPr>
    <w:rPr>
      <w:rFonts w:asciiTheme="majorHAnsi" w:eastAsiaTheme="majorEastAsia" w:hAnsiTheme="majorHAnsi" w:cstheme="majorBidi" w:ascii="URW Bookman" w:hAnsi="URW Bookman"/>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GRACE BIBLE CHURCHES</dc:title>
  <dc:subject>Private unincorporated religious assembly governance</dc:subject>
  <dc:creator>THIS GRACE BIBLE CHURCHES</dc:creator>
  <cp:keywords/>
  <dc:description>generated by python-docx</dc:description>
  <cp:lastModifiedBy/>
  <cp:revision>1</cp:revision>
  <dcterms:created xsi:type="dcterms:W3CDTF">2013-12-23T23:15:00Z</dcterms:created>
  <dcterms:modified xsi:type="dcterms:W3CDTF">2013-12-23T23:15:00Z</dcterms:modified>
  <cp:category/>
</cp:coreProperties>
</file>